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46E" w:rsidRPr="00463B4A" w:rsidRDefault="00454A67">
      <w:pPr>
        <w:jc w:val="center"/>
        <w:rPr>
          <w:lang w:val="pl-PL"/>
        </w:rPr>
      </w:pPr>
      <w:r>
        <w:rPr>
          <w:b/>
          <w:sz w:val="36"/>
          <w:lang w:val="pl-PL"/>
        </w:rPr>
        <w:t xml:space="preserve">X </w:t>
      </w:r>
      <w:bookmarkStart w:id="0" w:name="_GoBack"/>
      <w:bookmarkEnd w:id="0"/>
      <w:r w:rsidRPr="00463B4A">
        <w:rPr>
          <w:b/>
          <w:sz w:val="36"/>
          <w:lang w:val="pl-PL"/>
        </w:rPr>
        <w:t>KONFERENCJA POLSKIEGO TOWARZYSTWA BRACHYTERAPII</w:t>
      </w:r>
      <w:r w:rsidRPr="00463B4A">
        <w:rPr>
          <w:b/>
          <w:sz w:val="36"/>
          <w:lang w:val="pl-PL"/>
        </w:rPr>
        <w:br/>
        <w:t>Projekt programu (wersja robocza)</w:t>
      </w:r>
    </w:p>
    <w:p w:rsidR="00E4446E" w:rsidRPr="00463B4A" w:rsidRDefault="00454A67">
      <w:pPr>
        <w:rPr>
          <w:lang w:val="pl-PL"/>
        </w:rPr>
      </w:pPr>
      <w:r w:rsidRPr="00463B4A">
        <w:rPr>
          <w:b/>
          <w:sz w:val="28"/>
          <w:lang w:val="pl-PL"/>
        </w:rPr>
        <w:t>DZIEŃ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Godzina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Program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08:30–09:00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Rejestracja uczestników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09:00–09:15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Otwarcie konferencji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09:15–10:45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Sesja: Nowotwory skóry i H&amp;N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10:45–11:15</w:t>
            </w:r>
          </w:p>
        </w:tc>
        <w:tc>
          <w:tcPr>
            <w:tcW w:w="4320" w:type="dxa"/>
          </w:tcPr>
          <w:p w:rsidR="00E4446E" w:rsidRPr="00463B4A" w:rsidRDefault="00454A67" w:rsidP="00463B4A">
            <w:pPr>
              <w:rPr>
                <w:lang w:val="pl-PL"/>
              </w:rPr>
            </w:pPr>
            <w:r w:rsidRPr="00463B4A">
              <w:rPr>
                <w:lang w:val="pl-PL"/>
              </w:rPr>
              <w:t xml:space="preserve">Przerwa 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11:15–13:15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Sesja: Ginekologia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13:15–14:15</w:t>
            </w:r>
          </w:p>
        </w:tc>
        <w:tc>
          <w:tcPr>
            <w:tcW w:w="4320" w:type="dxa"/>
          </w:tcPr>
          <w:p w:rsidR="00E4446E" w:rsidRPr="00463B4A" w:rsidRDefault="00463B4A">
            <w:pPr>
              <w:rPr>
                <w:lang w:val="pl-PL"/>
              </w:rPr>
            </w:pPr>
            <w:r w:rsidRPr="00463B4A">
              <w:rPr>
                <w:lang w:val="pl-PL"/>
              </w:rPr>
              <w:t>Przerwa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14:15–16:15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 xml:space="preserve">Sesja: </w:t>
            </w:r>
            <w:proofErr w:type="spellStart"/>
            <w:r w:rsidRPr="00463B4A">
              <w:rPr>
                <w:lang w:val="pl-PL"/>
              </w:rPr>
              <w:t>Uroonkologia</w:t>
            </w:r>
            <w:proofErr w:type="spellEnd"/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16:15–16:45</w:t>
            </w:r>
          </w:p>
        </w:tc>
        <w:tc>
          <w:tcPr>
            <w:tcW w:w="4320" w:type="dxa"/>
          </w:tcPr>
          <w:p w:rsidR="00E4446E" w:rsidRPr="00463B4A" w:rsidRDefault="00454A67" w:rsidP="00463B4A">
            <w:pPr>
              <w:rPr>
                <w:lang w:val="pl-PL"/>
              </w:rPr>
            </w:pPr>
            <w:r w:rsidRPr="00463B4A">
              <w:rPr>
                <w:lang w:val="pl-PL"/>
              </w:rPr>
              <w:t>Przerwa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16:45–17:30</w:t>
            </w:r>
          </w:p>
        </w:tc>
        <w:tc>
          <w:tcPr>
            <w:tcW w:w="4320" w:type="dxa"/>
          </w:tcPr>
          <w:p w:rsidR="00E4446E" w:rsidRPr="00463B4A" w:rsidRDefault="00454A67" w:rsidP="00F62EE1">
            <w:pPr>
              <w:rPr>
                <w:lang w:val="pl-PL"/>
              </w:rPr>
            </w:pPr>
            <w:r w:rsidRPr="00463B4A">
              <w:rPr>
                <w:lang w:val="pl-PL"/>
              </w:rPr>
              <w:t xml:space="preserve">JOCB </w:t>
            </w:r>
            <w:proofErr w:type="spellStart"/>
            <w:r w:rsidRPr="00463B4A">
              <w:rPr>
                <w:lang w:val="pl-PL"/>
              </w:rPr>
              <w:t>Highlights</w:t>
            </w:r>
            <w:proofErr w:type="spellEnd"/>
            <w:r w:rsidRPr="00463B4A">
              <w:rPr>
                <w:lang w:val="pl-PL"/>
              </w:rPr>
              <w:t xml:space="preserve"> 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17:30–18:30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Sesja Fizyczna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18:30–19:30</w:t>
            </w:r>
          </w:p>
        </w:tc>
        <w:tc>
          <w:tcPr>
            <w:tcW w:w="4320" w:type="dxa"/>
          </w:tcPr>
          <w:p w:rsidR="00E4446E" w:rsidRPr="00463B4A" w:rsidRDefault="005F1F72" w:rsidP="005F1F72">
            <w:pPr>
              <w:rPr>
                <w:lang w:val="pl-PL"/>
              </w:rPr>
            </w:pPr>
            <w:r>
              <w:rPr>
                <w:lang w:val="pl-PL"/>
              </w:rPr>
              <w:t>Sesja techników i pielęgniarek</w:t>
            </w:r>
            <w:r w:rsidR="00454A67" w:rsidRPr="00463B4A">
              <w:rPr>
                <w:lang w:val="pl-PL"/>
              </w:rPr>
              <w:t xml:space="preserve"> – debata</w:t>
            </w:r>
          </w:p>
        </w:tc>
      </w:tr>
    </w:tbl>
    <w:p w:rsidR="00E4446E" w:rsidRPr="00463B4A" w:rsidRDefault="00E4446E">
      <w:pPr>
        <w:rPr>
          <w:lang w:val="pl-PL"/>
        </w:rPr>
      </w:pPr>
    </w:p>
    <w:p w:rsidR="00E4446E" w:rsidRPr="00463B4A" w:rsidRDefault="00454A67">
      <w:pPr>
        <w:rPr>
          <w:lang w:val="pl-PL"/>
        </w:rPr>
      </w:pPr>
      <w:r w:rsidRPr="00463B4A">
        <w:rPr>
          <w:b/>
          <w:sz w:val="28"/>
          <w:lang w:val="pl-PL"/>
        </w:rPr>
        <w:t>DZIEŃ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Godzina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Program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09:00–10:00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Sesja: Rak piersi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10:00–10:30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Sesja Przewodniczącego: Brachyterapia w Małopolsce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10:30–11:00</w:t>
            </w:r>
          </w:p>
        </w:tc>
        <w:tc>
          <w:tcPr>
            <w:tcW w:w="4320" w:type="dxa"/>
          </w:tcPr>
          <w:p w:rsidR="00E4446E" w:rsidRPr="00463B4A" w:rsidRDefault="00463B4A" w:rsidP="00463B4A">
            <w:pPr>
              <w:rPr>
                <w:lang w:val="pl-PL"/>
              </w:rPr>
            </w:pPr>
            <w:r>
              <w:rPr>
                <w:lang w:val="pl-PL"/>
              </w:rPr>
              <w:t>Przerwa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11:00–12:00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KSO, jakość leczenia i zdarzenia niepożądane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12:00–13:00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Wypalenie zawodowe w onkologii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13:00–14:00</w:t>
            </w:r>
          </w:p>
        </w:tc>
        <w:tc>
          <w:tcPr>
            <w:tcW w:w="4320" w:type="dxa"/>
          </w:tcPr>
          <w:p w:rsidR="00E4446E" w:rsidRPr="00463B4A" w:rsidRDefault="00463B4A">
            <w:pPr>
              <w:rPr>
                <w:lang w:val="pl-PL"/>
              </w:rPr>
            </w:pPr>
            <w:r>
              <w:rPr>
                <w:lang w:val="pl-PL"/>
              </w:rPr>
              <w:t>Przerwa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14:00–15:00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Warsztaty / Grupy fokusowe / Sesje sponsorowane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15:00–15:30</w:t>
            </w:r>
          </w:p>
        </w:tc>
        <w:tc>
          <w:tcPr>
            <w:tcW w:w="4320" w:type="dxa"/>
          </w:tcPr>
          <w:p w:rsidR="00E4446E" w:rsidRPr="00463B4A" w:rsidRDefault="00454A67" w:rsidP="00913CDD">
            <w:pPr>
              <w:rPr>
                <w:lang w:val="pl-PL"/>
              </w:rPr>
            </w:pPr>
            <w:r w:rsidRPr="00463B4A">
              <w:rPr>
                <w:lang w:val="pl-PL"/>
              </w:rPr>
              <w:t xml:space="preserve">Przerwa 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2A5904">
            <w:pPr>
              <w:rPr>
                <w:lang w:val="pl-PL"/>
              </w:rPr>
            </w:pPr>
            <w:r>
              <w:rPr>
                <w:lang w:val="pl-PL"/>
              </w:rPr>
              <w:t>15:30–17:0</w:t>
            </w:r>
            <w:r w:rsidR="00454A67" w:rsidRPr="00463B4A">
              <w:rPr>
                <w:lang w:val="pl-PL"/>
              </w:rPr>
              <w:t>0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Panel dyskusyjny / Sesja specjalna</w:t>
            </w:r>
          </w:p>
        </w:tc>
      </w:tr>
      <w:tr w:rsidR="00E4446E" w:rsidRPr="00463B4A">
        <w:tc>
          <w:tcPr>
            <w:tcW w:w="4320" w:type="dxa"/>
          </w:tcPr>
          <w:p w:rsidR="00E4446E" w:rsidRPr="00463B4A" w:rsidRDefault="002A5904">
            <w:pPr>
              <w:rPr>
                <w:lang w:val="pl-PL"/>
              </w:rPr>
            </w:pPr>
            <w:r>
              <w:rPr>
                <w:lang w:val="pl-PL"/>
              </w:rPr>
              <w:t>17:00–17:1</w:t>
            </w:r>
            <w:r w:rsidR="00454A67" w:rsidRPr="00463B4A">
              <w:rPr>
                <w:lang w:val="pl-PL"/>
              </w:rPr>
              <w:t>5</w:t>
            </w:r>
          </w:p>
        </w:tc>
        <w:tc>
          <w:tcPr>
            <w:tcW w:w="4320" w:type="dxa"/>
          </w:tcPr>
          <w:p w:rsidR="00E4446E" w:rsidRPr="00463B4A" w:rsidRDefault="00454A67">
            <w:pPr>
              <w:rPr>
                <w:lang w:val="pl-PL"/>
              </w:rPr>
            </w:pPr>
            <w:r w:rsidRPr="00463B4A">
              <w:rPr>
                <w:lang w:val="pl-PL"/>
              </w:rPr>
              <w:t>Podsumowanie i zamknięcie konferencji</w:t>
            </w:r>
          </w:p>
        </w:tc>
      </w:tr>
    </w:tbl>
    <w:p w:rsidR="00E4446E" w:rsidRPr="00463B4A" w:rsidRDefault="00E4446E">
      <w:pPr>
        <w:rPr>
          <w:lang w:val="pl-PL"/>
        </w:rPr>
      </w:pPr>
    </w:p>
    <w:sectPr w:rsidR="00E4446E" w:rsidRPr="00463B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A5904"/>
    <w:rsid w:val="00326F90"/>
    <w:rsid w:val="003A0104"/>
    <w:rsid w:val="00454A67"/>
    <w:rsid w:val="00463B4A"/>
    <w:rsid w:val="005F1F72"/>
    <w:rsid w:val="00913CDD"/>
    <w:rsid w:val="00AA1D8D"/>
    <w:rsid w:val="00B47730"/>
    <w:rsid w:val="00CB0664"/>
    <w:rsid w:val="00E32367"/>
    <w:rsid w:val="00E4446E"/>
    <w:rsid w:val="00F62E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36978"/>
  <w14:defaultImageDpi w14:val="300"/>
  <w15:docId w15:val="{9CF2BC23-0D8B-4A28-8A9F-5161C692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721638-E0BD-4493-BA44-9CA744D2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Stankiewicz</cp:lastModifiedBy>
  <cp:revision>5</cp:revision>
  <dcterms:created xsi:type="dcterms:W3CDTF">2026-07-13T10:57:00Z</dcterms:created>
  <dcterms:modified xsi:type="dcterms:W3CDTF">2026-07-13T10:57:00Z</dcterms:modified>
  <cp:category/>
</cp:coreProperties>
</file>