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30B410" w14:textId="77777777" w:rsidR="00436B06" w:rsidRPr="005C633B" w:rsidRDefault="00D73E9C">
      <w:pPr>
        <w:jc w:val="center"/>
        <w:rPr>
          <w:lang w:val="en-AU"/>
        </w:rPr>
      </w:pPr>
      <w:r w:rsidRPr="005C633B">
        <w:rPr>
          <w:b/>
          <w:sz w:val="32"/>
          <w:lang w:val="en-AU"/>
        </w:rPr>
        <w:t>ZAKAŻENIA W ANESTEZJOLOGII I INTENSYWNEJ TERAPII</w:t>
      </w:r>
    </w:p>
    <w:p w14:paraId="3278A59A" w14:textId="50597B4A" w:rsidR="00436B06" w:rsidRPr="005C633B" w:rsidRDefault="005C633B">
      <w:pPr>
        <w:jc w:val="center"/>
        <w:rPr>
          <w:lang w:val="en-AU"/>
        </w:rPr>
      </w:pPr>
      <w:proofErr w:type="spellStart"/>
      <w:r>
        <w:rPr>
          <w:b/>
          <w:sz w:val="22"/>
          <w:lang w:val="en-AU"/>
        </w:rPr>
        <w:t>Spotkanie</w:t>
      </w:r>
      <w:proofErr w:type="spellEnd"/>
      <w:r>
        <w:rPr>
          <w:b/>
          <w:sz w:val="22"/>
          <w:lang w:val="en-AU"/>
        </w:rPr>
        <w:t xml:space="preserve"> </w:t>
      </w:r>
      <w:proofErr w:type="spellStart"/>
      <w:r>
        <w:rPr>
          <w:b/>
          <w:sz w:val="22"/>
          <w:lang w:val="en-AU"/>
        </w:rPr>
        <w:t>stacjonarne</w:t>
      </w:r>
      <w:proofErr w:type="spellEnd"/>
      <w:r>
        <w:rPr>
          <w:b/>
          <w:sz w:val="22"/>
          <w:lang w:val="en-AU"/>
        </w:rPr>
        <w:t xml:space="preserve"> 1 </w:t>
      </w:r>
    </w:p>
    <w:p w14:paraId="761A9298" w14:textId="69746FFF" w:rsidR="005C633B" w:rsidRDefault="005C633B">
      <w:pPr>
        <w:spacing w:before="140" w:after="80"/>
        <w:rPr>
          <w:b/>
          <w:sz w:val="24"/>
          <w:lang w:val="en-AU"/>
        </w:rPr>
      </w:pPr>
      <w:proofErr w:type="spellStart"/>
      <w:r>
        <w:rPr>
          <w:b/>
          <w:sz w:val="24"/>
          <w:lang w:val="en-AU"/>
        </w:rPr>
        <w:t>Dzień</w:t>
      </w:r>
      <w:proofErr w:type="spellEnd"/>
      <w:r>
        <w:rPr>
          <w:b/>
          <w:sz w:val="24"/>
          <w:lang w:val="en-AU"/>
        </w:rPr>
        <w:t xml:space="preserve"> 1 </w:t>
      </w:r>
    </w:p>
    <w:p w14:paraId="5975CBFA" w14:textId="10E32BF8" w:rsidR="00436B06" w:rsidRPr="005C633B" w:rsidRDefault="005C633B">
      <w:pPr>
        <w:spacing w:before="140" w:after="80"/>
        <w:rPr>
          <w:lang w:val="en-AU"/>
        </w:rPr>
      </w:pPr>
      <w:r>
        <w:rPr>
          <w:b/>
          <w:sz w:val="24"/>
          <w:lang w:val="en-AU"/>
        </w:rPr>
        <w:t>28.11.2026</w:t>
      </w:r>
      <w:r w:rsidR="00D73E9C" w:rsidRPr="005C633B">
        <w:rPr>
          <w:b/>
          <w:sz w:val="24"/>
          <w:lang w:val="en-AU"/>
        </w:rPr>
        <w:t xml:space="preserve"> – </w:t>
      </w:r>
      <w:proofErr w:type="spellStart"/>
      <w:r w:rsidR="00D73E9C" w:rsidRPr="005C633B">
        <w:rPr>
          <w:b/>
          <w:sz w:val="24"/>
          <w:lang w:val="en-AU"/>
        </w:rPr>
        <w:t>godz</w:t>
      </w:r>
      <w:proofErr w:type="spellEnd"/>
      <w:r w:rsidR="00D73E9C" w:rsidRPr="005C633B">
        <w:rPr>
          <w:b/>
          <w:sz w:val="24"/>
          <w:lang w:val="en-AU"/>
        </w:rPr>
        <w:t>. 11:00–18:00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01"/>
        <w:gridCol w:w="451"/>
        <w:gridCol w:w="6272"/>
        <w:gridCol w:w="2292"/>
      </w:tblGrid>
      <w:tr w:rsidR="00436B06" w:rsidRPr="005C633B" w14:paraId="38713792" w14:textId="77777777">
        <w:trPr>
          <w:jc w:val="center"/>
        </w:trPr>
        <w:tc>
          <w:tcPr>
            <w:tcW w:w="1417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1F1728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b/>
                <w:sz w:val="17"/>
                <w:lang w:val="en-AU"/>
              </w:rPr>
              <w:t>Godzina</w:t>
            </w:r>
            <w:proofErr w:type="spellEnd"/>
          </w:p>
        </w:tc>
        <w:tc>
          <w:tcPr>
            <w:tcW w:w="454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C80B23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7"/>
                <w:lang w:val="en-AU"/>
              </w:rPr>
              <w:t>Nr</w:t>
            </w:r>
          </w:p>
        </w:tc>
        <w:tc>
          <w:tcPr>
            <w:tcW w:w="6406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5FFAA1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7"/>
                <w:lang w:val="en-AU"/>
              </w:rPr>
              <w:t>Temat</w:t>
            </w:r>
          </w:p>
        </w:tc>
        <w:tc>
          <w:tcPr>
            <w:tcW w:w="2324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1EE62E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b/>
                <w:sz w:val="17"/>
                <w:lang w:val="en-AU"/>
              </w:rPr>
              <w:t>Prowadzący</w:t>
            </w:r>
            <w:proofErr w:type="spellEnd"/>
          </w:p>
        </w:tc>
      </w:tr>
      <w:tr w:rsidR="00436B06" w:rsidRPr="005C633B" w14:paraId="777431BC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6DB31A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11:00–11:45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7CEF33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1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F12995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Wprowadzenie</w:t>
            </w:r>
            <w:proofErr w:type="spellEnd"/>
            <w:r w:rsidRPr="005C633B">
              <w:rPr>
                <w:sz w:val="16"/>
                <w:lang w:val="en-AU"/>
              </w:rPr>
              <w:t xml:space="preserve"> do </w:t>
            </w:r>
            <w:proofErr w:type="spellStart"/>
            <w:r w:rsidRPr="005C633B">
              <w:rPr>
                <w:sz w:val="16"/>
                <w:lang w:val="en-AU"/>
              </w:rPr>
              <w:t>kursu</w:t>
            </w:r>
            <w:proofErr w:type="spellEnd"/>
            <w:r w:rsidRPr="005C633B">
              <w:rPr>
                <w:sz w:val="16"/>
                <w:lang w:val="en-AU"/>
              </w:rPr>
              <w:t xml:space="preserve"> – </w:t>
            </w:r>
            <w:proofErr w:type="spellStart"/>
            <w:r w:rsidRPr="005C633B">
              <w:rPr>
                <w:sz w:val="16"/>
                <w:lang w:val="en-AU"/>
              </w:rPr>
              <w:t>przedstawienie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planu</w:t>
            </w:r>
            <w:proofErr w:type="spellEnd"/>
            <w:r w:rsidRPr="005C633B">
              <w:rPr>
                <w:sz w:val="16"/>
                <w:lang w:val="en-AU"/>
              </w:rPr>
              <w:t xml:space="preserve">, </w:t>
            </w:r>
            <w:proofErr w:type="spellStart"/>
            <w:r w:rsidRPr="005C633B">
              <w:rPr>
                <w:sz w:val="16"/>
                <w:lang w:val="en-AU"/>
              </w:rPr>
              <w:t>założeń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oraz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celów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kursu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D4F97F" w14:textId="0F904B9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Radosław Owczuk</w:t>
            </w:r>
          </w:p>
        </w:tc>
      </w:tr>
      <w:tr w:rsidR="00436B06" w:rsidRPr="005C633B" w14:paraId="70A07E26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A4E6C4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11:45–11:55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35D594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4F6995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Dyskusja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pytania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92324C" w14:textId="77777777" w:rsidR="00436B06" w:rsidRPr="005C633B" w:rsidRDefault="00436B06">
            <w:pPr>
              <w:rPr>
                <w:lang w:val="en-AU"/>
              </w:rPr>
            </w:pPr>
          </w:p>
        </w:tc>
      </w:tr>
      <w:tr w:rsidR="00436B06" w:rsidRPr="005C633B" w14:paraId="2553AF53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147143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11:55–12:40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4A021D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2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3FE627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Epidemiologia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zakażeń</w:t>
            </w:r>
            <w:proofErr w:type="spellEnd"/>
            <w:r w:rsidRPr="005C633B">
              <w:rPr>
                <w:sz w:val="16"/>
                <w:lang w:val="en-AU"/>
              </w:rPr>
              <w:t xml:space="preserve"> w </w:t>
            </w:r>
            <w:proofErr w:type="spellStart"/>
            <w:r w:rsidRPr="005C633B">
              <w:rPr>
                <w:sz w:val="16"/>
                <w:lang w:val="en-AU"/>
              </w:rPr>
              <w:t>oddziałach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anestezjologii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intensywnej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terapii</w:t>
            </w:r>
            <w:proofErr w:type="spellEnd"/>
            <w:r w:rsidRPr="005C633B">
              <w:rPr>
                <w:sz w:val="16"/>
                <w:lang w:val="en-AU"/>
              </w:rPr>
              <w:t xml:space="preserve"> – z </w:t>
            </w:r>
            <w:proofErr w:type="spellStart"/>
            <w:r w:rsidRPr="005C633B">
              <w:rPr>
                <w:sz w:val="16"/>
                <w:lang w:val="en-AU"/>
              </w:rPr>
              <w:t>czym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spotykamy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się</w:t>
            </w:r>
            <w:proofErr w:type="spellEnd"/>
            <w:r w:rsidRPr="005C633B">
              <w:rPr>
                <w:sz w:val="16"/>
                <w:lang w:val="en-AU"/>
              </w:rPr>
              <w:t xml:space="preserve"> w </w:t>
            </w:r>
            <w:proofErr w:type="spellStart"/>
            <w:r w:rsidRPr="005C633B">
              <w:rPr>
                <w:sz w:val="16"/>
                <w:lang w:val="en-AU"/>
              </w:rPr>
              <w:t>praktyce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jakie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są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największe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problemy</w:t>
            </w:r>
            <w:proofErr w:type="spellEnd"/>
            <w:r w:rsidRPr="005C633B">
              <w:rPr>
                <w:sz w:val="16"/>
                <w:lang w:val="en-AU"/>
              </w:rPr>
              <w:t xml:space="preserve">; </w:t>
            </w:r>
            <w:proofErr w:type="spellStart"/>
            <w:r w:rsidRPr="005C633B">
              <w:rPr>
                <w:sz w:val="16"/>
                <w:lang w:val="en-AU"/>
              </w:rPr>
              <w:t>przedstawienie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programu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zasad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działania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kursu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6D5B48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Agnieszka </w:t>
            </w:r>
            <w:proofErr w:type="spellStart"/>
            <w:r w:rsidRPr="005C633B">
              <w:rPr>
                <w:sz w:val="16"/>
                <w:lang w:val="en-AU"/>
              </w:rPr>
              <w:t>Misiewska</w:t>
            </w:r>
            <w:proofErr w:type="spellEnd"/>
            <w:r w:rsidRPr="005C633B">
              <w:rPr>
                <w:sz w:val="16"/>
                <w:lang w:val="en-AU"/>
              </w:rPr>
              <w:t>-Kaczur</w:t>
            </w:r>
          </w:p>
        </w:tc>
      </w:tr>
      <w:tr w:rsidR="00436B06" w:rsidRPr="005C633B" w14:paraId="700B20A9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79D8A6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12:40–12:50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791572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3898A5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Dyskusja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pytania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44D0CD" w14:textId="77777777" w:rsidR="00436B06" w:rsidRPr="005C633B" w:rsidRDefault="00436B06">
            <w:pPr>
              <w:rPr>
                <w:lang w:val="en-AU"/>
              </w:rPr>
            </w:pPr>
          </w:p>
        </w:tc>
      </w:tr>
      <w:tr w:rsidR="00436B06" w:rsidRPr="005C633B" w14:paraId="1CBA2305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F0EB94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12:50–13:35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8A7418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3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9482C6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Rozpoznanie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zakażenia</w:t>
            </w:r>
            <w:proofErr w:type="spellEnd"/>
            <w:r w:rsidRPr="005C633B">
              <w:rPr>
                <w:sz w:val="16"/>
                <w:lang w:val="en-AU"/>
              </w:rPr>
              <w:t xml:space="preserve"> – </w:t>
            </w:r>
            <w:proofErr w:type="spellStart"/>
            <w:r w:rsidRPr="005C633B">
              <w:rPr>
                <w:sz w:val="16"/>
                <w:lang w:val="en-AU"/>
              </w:rPr>
              <w:t>kiedy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możemy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rozpoznać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zakażenie</w:t>
            </w:r>
            <w:proofErr w:type="spellEnd"/>
            <w:r w:rsidRPr="005C633B">
              <w:rPr>
                <w:sz w:val="16"/>
                <w:lang w:val="en-AU"/>
              </w:rPr>
              <w:t xml:space="preserve">, a </w:t>
            </w:r>
            <w:proofErr w:type="spellStart"/>
            <w:r w:rsidRPr="005C633B">
              <w:rPr>
                <w:sz w:val="16"/>
                <w:lang w:val="en-AU"/>
              </w:rPr>
              <w:t>kiedy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proces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zapalny</w:t>
            </w:r>
            <w:proofErr w:type="spellEnd"/>
            <w:r w:rsidRPr="005C633B">
              <w:rPr>
                <w:sz w:val="16"/>
                <w:lang w:val="en-AU"/>
              </w:rPr>
              <w:t xml:space="preserve">? </w:t>
            </w:r>
            <w:proofErr w:type="spellStart"/>
            <w:r w:rsidRPr="005C633B">
              <w:rPr>
                <w:sz w:val="16"/>
                <w:lang w:val="en-AU"/>
              </w:rPr>
              <w:t>Podstawowe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zasady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klinicznego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rozpoznawania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zakażeń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69DFC3" w14:textId="2FA1E331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Anna Włudarczyk</w:t>
            </w:r>
          </w:p>
        </w:tc>
      </w:tr>
      <w:tr w:rsidR="00436B06" w:rsidRPr="005C633B" w14:paraId="658D2BCE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DE2EF0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13:35–13:45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BB88E7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7FC5FC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Dyskusja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pytania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DB13A2" w14:textId="77777777" w:rsidR="00436B06" w:rsidRPr="005C633B" w:rsidRDefault="00436B06">
            <w:pPr>
              <w:rPr>
                <w:lang w:val="en-AU"/>
              </w:rPr>
            </w:pPr>
          </w:p>
        </w:tc>
      </w:tr>
      <w:tr w:rsidR="00436B06" w:rsidRPr="005C633B" w14:paraId="750AF724" w14:textId="77777777">
        <w:trPr>
          <w:jc w:val="center"/>
        </w:trPr>
        <w:tc>
          <w:tcPr>
            <w:tcW w:w="1417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D664B6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13:45–14:25</w:t>
            </w:r>
          </w:p>
        </w:tc>
        <w:tc>
          <w:tcPr>
            <w:tcW w:w="454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E28305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C915AE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PRZERWA – 40 </w:t>
            </w:r>
            <w:proofErr w:type="spellStart"/>
            <w:r w:rsidRPr="005C633B">
              <w:rPr>
                <w:sz w:val="16"/>
                <w:lang w:val="en-AU"/>
              </w:rPr>
              <w:t>minut</w:t>
            </w:r>
            <w:proofErr w:type="spellEnd"/>
          </w:p>
        </w:tc>
        <w:tc>
          <w:tcPr>
            <w:tcW w:w="2324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519D44" w14:textId="77777777" w:rsidR="00436B06" w:rsidRPr="005C633B" w:rsidRDefault="00436B06">
            <w:pPr>
              <w:rPr>
                <w:lang w:val="en-AU"/>
              </w:rPr>
            </w:pPr>
          </w:p>
        </w:tc>
      </w:tr>
      <w:tr w:rsidR="00436B06" w:rsidRPr="005C633B" w14:paraId="4258635A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B81E2F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14:25–15:10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6ABF85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4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425857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Markery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badania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dodatkowe</w:t>
            </w:r>
            <w:proofErr w:type="spellEnd"/>
            <w:r w:rsidRPr="005C633B">
              <w:rPr>
                <w:sz w:val="16"/>
                <w:lang w:val="en-AU"/>
              </w:rPr>
              <w:t xml:space="preserve"> – </w:t>
            </w:r>
            <w:proofErr w:type="spellStart"/>
            <w:r w:rsidRPr="005C633B">
              <w:rPr>
                <w:sz w:val="16"/>
                <w:lang w:val="en-AU"/>
              </w:rPr>
              <w:t>jakie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markery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stosować</w:t>
            </w:r>
            <w:proofErr w:type="spellEnd"/>
            <w:r w:rsidRPr="005C633B">
              <w:rPr>
                <w:sz w:val="16"/>
                <w:lang w:val="en-AU"/>
              </w:rPr>
              <w:t xml:space="preserve">, </w:t>
            </w:r>
            <w:proofErr w:type="spellStart"/>
            <w:r w:rsidRPr="005C633B">
              <w:rPr>
                <w:sz w:val="16"/>
                <w:lang w:val="en-AU"/>
              </w:rPr>
              <w:t>kiedy</w:t>
            </w:r>
            <w:proofErr w:type="spellEnd"/>
            <w:r w:rsidRPr="005C633B">
              <w:rPr>
                <w:sz w:val="16"/>
                <w:lang w:val="en-AU"/>
              </w:rPr>
              <w:t xml:space="preserve"> je </w:t>
            </w:r>
            <w:proofErr w:type="spellStart"/>
            <w:r w:rsidRPr="005C633B">
              <w:rPr>
                <w:sz w:val="16"/>
                <w:lang w:val="en-AU"/>
              </w:rPr>
              <w:t>oznaczać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oraz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jakie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badania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dodatkowe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wykonywać</w:t>
            </w:r>
            <w:proofErr w:type="spellEnd"/>
            <w:r w:rsidRPr="005C633B">
              <w:rPr>
                <w:sz w:val="16"/>
                <w:lang w:val="en-AU"/>
              </w:rPr>
              <w:t xml:space="preserve"> u </w:t>
            </w:r>
            <w:proofErr w:type="spellStart"/>
            <w:r w:rsidRPr="005C633B">
              <w:rPr>
                <w:sz w:val="16"/>
                <w:lang w:val="en-AU"/>
              </w:rPr>
              <w:t>pacjenta</w:t>
            </w:r>
            <w:proofErr w:type="spellEnd"/>
            <w:r w:rsidRPr="005C633B">
              <w:rPr>
                <w:sz w:val="16"/>
                <w:lang w:val="en-AU"/>
              </w:rPr>
              <w:t xml:space="preserve"> z </w:t>
            </w:r>
            <w:proofErr w:type="spellStart"/>
            <w:r w:rsidRPr="005C633B">
              <w:rPr>
                <w:sz w:val="16"/>
                <w:lang w:val="en-AU"/>
              </w:rPr>
              <w:t>podejrzeniem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lub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rozpoznaniem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43C139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do </w:t>
            </w:r>
            <w:proofErr w:type="spellStart"/>
            <w:r w:rsidRPr="005C633B">
              <w:rPr>
                <w:sz w:val="16"/>
                <w:lang w:val="en-AU"/>
              </w:rPr>
              <w:t>ustalenia</w:t>
            </w:r>
            <w:proofErr w:type="spellEnd"/>
          </w:p>
        </w:tc>
      </w:tr>
      <w:tr w:rsidR="00436B06" w:rsidRPr="005C633B" w14:paraId="61D7873F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E83DA6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15:10–15:20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91FC3F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86C8C9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Dyskusja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pytania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D1C74C" w14:textId="77777777" w:rsidR="00436B06" w:rsidRPr="005C633B" w:rsidRDefault="00436B06">
            <w:pPr>
              <w:rPr>
                <w:lang w:val="en-AU"/>
              </w:rPr>
            </w:pPr>
          </w:p>
        </w:tc>
      </w:tr>
      <w:tr w:rsidR="00436B06" w:rsidRPr="005C633B" w14:paraId="24DF8CF8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6C7785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15:20–16:05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31F7EA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5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00BA9A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Diagnostyka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obrazowa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zakażeń</w:t>
            </w:r>
            <w:proofErr w:type="spellEnd"/>
            <w:r w:rsidRPr="005C633B">
              <w:rPr>
                <w:sz w:val="16"/>
                <w:lang w:val="en-AU"/>
              </w:rPr>
              <w:t xml:space="preserve"> – </w:t>
            </w:r>
            <w:proofErr w:type="spellStart"/>
            <w:r w:rsidRPr="005C633B">
              <w:rPr>
                <w:sz w:val="16"/>
                <w:lang w:val="en-AU"/>
              </w:rPr>
              <w:t>prowadzenie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diagnostyki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radiologicznej</w:t>
            </w:r>
            <w:proofErr w:type="spellEnd"/>
            <w:r w:rsidRPr="005C633B">
              <w:rPr>
                <w:sz w:val="16"/>
                <w:lang w:val="en-AU"/>
              </w:rPr>
              <w:t xml:space="preserve">, </w:t>
            </w:r>
            <w:proofErr w:type="spellStart"/>
            <w:r w:rsidRPr="005C633B">
              <w:rPr>
                <w:sz w:val="16"/>
                <w:lang w:val="en-AU"/>
              </w:rPr>
              <w:t>poszukiwanie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źródła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oraz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wykorzystanie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ultrasonografii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0383AE" w14:textId="226D7278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Wojciech Gola</w:t>
            </w:r>
          </w:p>
        </w:tc>
      </w:tr>
      <w:tr w:rsidR="00436B06" w:rsidRPr="005C633B" w14:paraId="5AA1DAE8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2FC902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16:05–16:15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3F0D12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E53FFC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Dyskusja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pytania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D47538" w14:textId="77777777" w:rsidR="00436B06" w:rsidRPr="005C633B" w:rsidRDefault="00436B06">
            <w:pPr>
              <w:rPr>
                <w:lang w:val="en-AU"/>
              </w:rPr>
            </w:pPr>
          </w:p>
        </w:tc>
      </w:tr>
      <w:tr w:rsidR="00436B06" w:rsidRPr="005C633B" w14:paraId="18E00245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57CFF9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16:15–17:00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D24731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6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02046E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Zakażenia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pozaszpitalne</w:t>
            </w:r>
            <w:proofErr w:type="spellEnd"/>
            <w:r w:rsidRPr="005C633B">
              <w:rPr>
                <w:sz w:val="16"/>
                <w:lang w:val="en-AU"/>
              </w:rPr>
              <w:t xml:space="preserve"> – </w:t>
            </w:r>
            <w:proofErr w:type="spellStart"/>
            <w:r w:rsidRPr="005C633B">
              <w:rPr>
                <w:sz w:val="16"/>
                <w:lang w:val="en-AU"/>
              </w:rPr>
              <w:t>kwalifikacja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pacjenta</w:t>
            </w:r>
            <w:proofErr w:type="spellEnd"/>
            <w:r w:rsidRPr="005C633B">
              <w:rPr>
                <w:sz w:val="16"/>
                <w:lang w:val="en-AU"/>
              </w:rPr>
              <w:t xml:space="preserve">, </w:t>
            </w:r>
            <w:proofErr w:type="spellStart"/>
            <w:r w:rsidRPr="005C633B">
              <w:rPr>
                <w:sz w:val="16"/>
                <w:lang w:val="en-AU"/>
              </w:rPr>
              <w:t>diagnostyka</w:t>
            </w:r>
            <w:proofErr w:type="spellEnd"/>
            <w:r w:rsidRPr="005C633B">
              <w:rPr>
                <w:sz w:val="16"/>
                <w:lang w:val="en-AU"/>
              </w:rPr>
              <w:t xml:space="preserve">, </w:t>
            </w:r>
            <w:proofErr w:type="spellStart"/>
            <w:r w:rsidRPr="005C633B">
              <w:rPr>
                <w:sz w:val="16"/>
                <w:lang w:val="en-AU"/>
              </w:rPr>
              <w:t>diagnostyka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różnicowa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ustalenie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planu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postępowania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70E3CD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Elżbieta </w:t>
            </w:r>
            <w:proofErr w:type="spellStart"/>
            <w:r w:rsidRPr="005C633B">
              <w:rPr>
                <w:sz w:val="16"/>
                <w:lang w:val="en-AU"/>
              </w:rPr>
              <w:t>Wojarska</w:t>
            </w:r>
            <w:proofErr w:type="spellEnd"/>
            <w:r w:rsidRPr="005C633B">
              <w:rPr>
                <w:sz w:val="16"/>
                <w:lang w:val="en-AU"/>
              </w:rPr>
              <w:t>-Trenda</w:t>
            </w:r>
          </w:p>
        </w:tc>
      </w:tr>
      <w:tr w:rsidR="00436B06" w:rsidRPr="005C633B" w14:paraId="7A6EC2DC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C3DFE4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17:00–17:10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710AF7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BE771B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Dyskusja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omówienie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przypadków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EC0452" w14:textId="77777777" w:rsidR="00436B06" w:rsidRPr="005C633B" w:rsidRDefault="00436B06">
            <w:pPr>
              <w:rPr>
                <w:lang w:val="en-AU"/>
              </w:rPr>
            </w:pPr>
          </w:p>
        </w:tc>
      </w:tr>
      <w:tr w:rsidR="00436B06" w:rsidRPr="005C633B" w14:paraId="0F4FAE47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36628B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17:10–17:55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6F2245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7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829E9D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Zakażenia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szpitalne</w:t>
            </w:r>
            <w:proofErr w:type="spellEnd"/>
            <w:r w:rsidRPr="005C633B">
              <w:rPr>
                <w:sz w:val="16"/>
                <w:lang w:val="en-AU"/>
              </w:rPr>
              <w:t xml:space="preserve"> – </w:t>
            </w:r>
            <w:proofErr w:type="spellStart"/>
            <w:r w:rsidRPr="005C633B">
              <w:rPr>
                <w:sz w:val="16"/>
                <w:lang w:val="en-AU"/>
              </w:rPr>
              <w:t>kwalifikacja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pacjenta</w:t>
            </w:r>
            <w:proofErr w:type="spellEnd"/>
            <w:r w:rsidRPr="005C633B">
              <w:rPr>
                <w:sz w:val="16"/>
                <w:lang w:val="en-AU"/>
              </w:rPr>
              <w:t xml:space="preserve">, </w:t>
            </w:r>
            <w:proofErr w:type="spellStart"/>
            <w:r w:rsidRPr="005C633B">
              <w:rPr>
                <w:sz w:val="16"/>
                <w:lang w:val="en-AU"/>
              </w:rPr>
              <w:t>diagnostyka</w:t>
            </w:r>
            <w:proofErr w:type="spellEnd"/>
            <w:r w:rsidRPr="005C633B">
              <w:rPr>
                <w:sz w:val="16"/>
                <w:lang w:val="en-AU"/>
              </w:rPr>
              <w:t xml:space="preserve">, </w:t>
            </w:r>
            <w:proofErr w:type="spellStart"/>
            <w:r w:rsidRPr="005C633B">
              <w:rPr>
                <w:sz w:val="16"/>
                <w:lang w:val="en-AU"/>
              </w:rPr>
              <w:t>diagnostyka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różnicowa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ustalenie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planu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postępowania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0BB5F1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Paulina </w:t>
            </w:r>
            <w:proofErr w:type="spellStart"/>
            <w:r w:rsidRPr="005C633B">
              <w:rPr>
                <w:sz w:val="16"/>
                <w:lang w:val="en-AU"/>
              </w:rPr>
              <w:t>Kołat-Brodecka</w:t>
            </w:r>
            <w:proofErr w:type="spellEnd"/>
          </w:p>
        </w:tc>
      </w:tr>
      <w:tr w:rsidR="00436B06" w:rsidRPr="005C633B" w14:paraId="1F9DD137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DD9775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17:55–18:00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085027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F7AA2E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Podsumowanie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pierwszego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dnia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488186" w14:textId="77777777" w:rsidR="00436B06" w:rsidRPr="005C633B" w:rsidRDefault="00436B06">
            <w:pPr>
              <w:rPr>
                <w:lang w:val="en-AU"/>
              </w:rPr>
            </w:pPr>
          </w:p>
        </w:tc>
      </w:tr>
    </w:tbl>
    <w:p w14:paraId="046FF52A" w14:textId="77777777" w:rsidR="00436B06" w:rsidRDefault="00436B06">
      <w:pPr>
        <w:spacing w:after="0"/>
        <w:rPr>
          <w:lang w:val="en-AU"/>
        </w:rPr>
      </w:pPr>
    </w:p>
    <w:p w14:paraId="6CAAC0F2" w14:textId="77777777" w:rsidR="005C633B" w:rsidRDefault="005C633B">
      <w:pPr>
        <w:spacing w:after="0"/>
        <w:rPr>
          <w:lang w:val="en-AU"/>
        </w:rPr>
      </w:pPr>
    </w:p>
    <w:p w14:paraId="698A3690" w14:textId="77777777" w:rsidR="005C633B" w:rsidRDefault="005C633B">
      <w:pPr>
        <w:spacing w:after="0"/>
        <w:rPr>
          <w:lang w:val="en-AU"/>
        </w:rPr>
      </w:pPr>
    </w:p>
    <w:p w14:paraId="47F41BAE" w14:textId="77777777" w:rsidR="005C633B" w:rsidRDefault="005C633B">
      <w:pPr>
        <w:spacing w:after="0"/>
        <w:rPr>
          <w:lang w:val="en-AU"/>
        </w:rPr>
      </w:pPr>
    </w:p>
    <w:p w14:paraId="1ACB1277" w14:textId="77777777" w:rsidR="005C633B" w:rsidRDefault="005C633B">
      <w:pPr>
        <w:spacing w:after="0"/>
        <w:rPr>
          <w:lang w:val="en-AU"/>
        </w:rPr>
      </w:pPr>
    </w:p>
    <w:p w14:paraId="653B0C9C" w14:textId="77777777" w:rsidR="005C633B" w:rsidRDefault="005C633B">
      <w:pPr>
        <w:spacing w:after="0"/>
        <w:rPr>
          <w:lang w:val="en-AU"/>
        </w:rPr>
      </w:pPr>
    </w:p>
    <w:p w14:paraId="5FB36A89" w14:textId="77777777" w:rsidR="005C633B" w:rsidRDefault="005C633B">
      <w:pPr>
        <w:spacing w:after="0"/>
        <w:rPr>
          <w:lang w:val="en-AU"/>
        </w:rPr>
      </w:pPr>
    </w:p>
    <w:p w14:paraId="1C1ACEB5" w14:textId="77777777" w:rsidR="005C633B" w:rsidRDefault="005C633B">
      <w:pPr>
        <w:spacing w:after="0"/>
        <w:rPr>
          <w:lang w:val="en-AU"/>
        </w:rPr>
      </w:pPr>
    </w:p>
    <w:p w14:paraId="6E3222EA" w14:textId="77777777" w:rsidR="005C633B" w:rsidRDefault="005C633B">
      <w:pPr>
        <w:spacing w:after="0"/>
        <w:rPr>
          <w:lang w:val="en-AU"/>
        </w:rPr>
      </w:pPr>
    </w:p>
    <w:p w14:paraId="05230162" w14:textId="77777777" w:rsidR="005C633B" w:rsidRDefault="005C633B">
      <w:pPr>
        <w:spacing w:after="0"/>
        <w:rPr>
          <w:lang w:val="en-AU"/>
        </w:rPr>
      </w:pPr>
    </w:p>
    <w:p w14:paraId="260CD87F" w14:textId="77777777" w:rsidR="005C633B" w:rsidRDefault="005C633B">
      <w:pPr>
        <w:spacing w:after="0"/>
        <w:rPr>
          <w:lang w:val="en-AU"/>
        </w:rPr>
      </w:pPr>
    </w:p>
    <w:p w14:paraId="32EBD251" w14:textId="77777777" w:rsidR="005C633B" w:rsidRDefault="005C633B">
      <w:pPr>
        <w:spacing w:after="0"/>
        <w:rPr>
          <w:lang w:val="en-AU"/>
        </w:rPr>
      </w:pPr>
    </w:p>
    <w:p w14:paraId="67CBDCD6" w14:textId="77777777" w:rsidR="005C633B" w:rsidRDefault="005C633B">
      <w:pPr>
        <w:spacing w:after="0"/>
        <w:rPr>
          <w:lang w:val="en-AU"/>
        </w:rPr>
      </w:pPr>
    </w:p>
    <w:p w14:paraId="4C30C583" w14:textId="77777777" w:rsidR="005C633B" w:rsidRDefault="005C633B">
      <w:pPr>
        <w:spacing w:after="0"/>
        <w:rPr>
          <w:lang w:val="en-AU"/>
        </w:rPr>
      </w:pPr>
    </w:p>
    <w:p w14:paraId="18C1F44C" w14:textId="77777777" w:rsidR="005C633B" w:rsidRDefault="005C633B">
      <w:pPr>
        <w:spacing w:after="0"/>
        <w:rPr>
          <w:lang w:val="en-AU"/>
        </w:rPr>
      </w:pPr>
    </w:p>
    <w:p w14:paraId="352B1B35" w14:textId="77777777" w:rsidR="005C633B" w:rsidRDefault="005C633B">
      <w:pPr>
        <w:spacing w:after="0"/>
        <w:rPr>
          <w:lang w:val="en-AU"/>
        </w:rPr>
      </w:pPr>
    </w:p>
    <w:p w14:paraId="3B935E67" w14:textId="77777777" w:rsidR="005C633B" w:rsidRDefault="005C633B">
      <w:pPr>
        <w:spacing w:after="0"/>
        <w:rPr>
          <w:lang w:val="en-AU"/>
        </w:rPr>
      </w:pPr>
    </w:p>
    <w:p w14:paraId="5DAF98BD" w14:textId="77777777" w:rsidR="005C633B" w:rsidRDefault="005C633B">
      <w:pPr>
        <w:spacing w:after="0"/>
        <w:rPr>
          <w:lang w:val="en-AU"/>
        </w:rPr>
      </w:pPr>
    </w:p>
    <w:p w14:paraId="342880D5" w14:textId="77777777" w:rsidR="005C633B" w:rsidRPr="005C633B" w:rsidRDefault="005C633B">
      <w:pPr>
        <w:spacing w:after="0"/>
        <w:rPr>
          <w:lang w:val="en-AU"/>
        </w:rPr>
      </w:pPr>
    </w:p>
    <w:p w14:paraId="23901464" w14:textId="18C4B657" w:rsidR="005C633B" w:rsidRDefault="005C633B">
      <w:pPr>
        <w:spacing w:before="140" w:after="80"/>
        <w:rPr>
          <w:b/>
          <w:sz w:val="24"/>
          <w:lang w:val="en-AU"/>
        </w:rPr>
      </w:pPr>
      <w:proofErr w:type="spellStart"/>
      <w:r>
        <w:rPr>
          <w:b/>
          <w:sz w:val="24"/>
          <w:lang w:val="en-AU"/>
        </w:rPr>
        <w:t>Dzień</w:t>
      </w:r>
      <w:proofErr w:type="spellEnd"/>
      <w:r>
        <w:rPr>
          <w:b/>
          <w:sz w:val="24"/>
          <w:lang w:val="en-AU"/>
        </w:rPr>
        <w:t xml:space="preserve"> </w:t>
      </w:r>
      <w:r>
        <w:rPr>
          <w:b/>
          <w:sz w:val="24"/>
          <w:lang w:val="en-AU"/>
        </w:rPr>
        <w:t>2</w:t>
      </w:r>
    </w:p>
    <w:p w14:paraId="561CF8FD" w14:textId="26303C90" w:rsidR="00436B06" w:rsidRPr="005C633B" w:rsidRDefault="005C633B">
      <w:pPr>
        <w:spacing w:before="140" w:after="80"/>
        <w:rPr>
          <w:lang w:val="en-AU"/>
        </w:rPr>
      </w:pPr>
      <w:r>
        <w:rPr>
          <w:b/>
          <w:sz w:val="24"/>
          <w:lang w:val="en-AU"/>
        </w:rPr>
        <w:t>29.11.2026</w:t>
      </w:r>
      <w:r w:rsidR="00D73E9C" w:rsidRPr="005C633B">
        <w:rPr>
          <w:b/>
          <w:sz w:val="24"/>
          <w:lang w:val="en-AU"/>
        </w:rPr>
        <w:t xml:space="preserve"> – </w:t>
      </w:r>
      <w:proofErr w:type="spellStart"/>
      <w:r w:rsidR="00D73E9C" w:rsidRPr="005C633B">
        <w:rPr>
          <w:b/>
          <w:sz w:val="24"/>
          <w:lang w:val="en-AU"/>
        </w:rPr>
        <w:t>godz</w:t>
      </w:r>
      <w:proofErr w:type="spellEnd"/>
      <w:r w:rsidR="00D73E9C" w:rsidRPr="005C633B">
        <w:rPr>
          <w:b/>
          <w:sz w:val="24"/>
          <w:lang w:val="en-AU"/>
        </w:rPr>
        <w:t>. 9:00–14:</w:t>
      </w:r>
      <w:r>
        <w:rPr>
          <w:b/>
          <w:sz w:val="24"/>
          <w:lang w:val="en-AU"/>
        </w:rPr>
        <w:t>45</w:t>
      </w:r>
    </w:p>
    <w:p w14:paraId="3088EC9C" w14:textId="77777777" w:rsidR="00436B06" w:rsidRPr="005C633B" w:rsidRDefault="00D73E9C">
      <w:pPr>
        <w:rPr>
          <w:lang w:val="en-AU"/>
        </w:rPr>
      </w:pPr>
      <w:r w:rsidRPr="005C633B">
        <w:rPr>
          <w:b/>
          <w:sz w:val="21"/>
          <w:lang w:val="en-AU"/>
        </w:rPr>
        <w:t xml:space="preserve">Blok I – </w:t>
      </w:r>
      <w:proofErr w:type="spellStart"/>
      <w:r w:rsidRPr="005C633B">
        <w:rPr>
          <w:b/>
          <w:sz w:val="21"/>
          <w:lang w:val="en-AU"/>
        </w:rPr>
        <w:t>Diagnostyka</w:t>
      </w:r>
      <w:proofErr w:type="spellEnd"/>
      <w:r w:rsidRPr="005C633B">
        <w:rPr>
          <w:b/>
          <w:sz w:val="21"/>
          <w:lang w:val="en-AU"/>
        </w:rPr>
        <w:t xml:space="preserve"> </w:t>
      </w:r>
      <w:proofErr w:type="spellStart"/>
      <w:r w:rsidRPr="005C633B">
        <w:rPr>
          <w:b/>
          <w:sz w:val="21"/>
          <w:lang w:val="en-AU"/>
        </w:rPr>
        <w:t>mikrobiologiczna</w:t>
      </w:r>
      <w:proofErr w:type="spellEnd"/>
      <w:r w:rsidRPr="005C633B">
        <w:rPr>
          <w:b/>
          <w:sz w:val="21"/>
          <w:lang w:val="en-AU"/>
        </w:rPr>
        <w:t xml:space="preserve"> </w:t>
      </w:r>
      <w:proofErr w:type="spellStart"/>
      <w:r w:rsidRPr="005C633B">
        <w:rPr>
          <w:b/>
          <w:sz w:val="21"/>
          <w:lang w:val="en-AU"/>
        </w:rPr>
        <w:t>zakażeń</w:t>
      </w:r>
      <w:proofErr w:type="spellEnd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99"/>
        <w:gridCol w:w="451"/>
        <w:gridCol w:w="6271"/>
        <w:gridCol w:w="2295"/>
      </w:tblGrid>
      <w:tr w:rsidR="00436B06" w:rsidRPr="005C633B" w14:paraId="0BD133B5" w14:textId="77777777">
        <w:trPr>
          <w:jc w:val="center"/>
        </w:trPr>
        <w:tc>
          <w:tcPr>
            <w:tcW w:w="1417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E9E954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b/>
                <w:sz w:val="17"/>
                <w:lang w:val="en-AU"/>
              </w:rPr>
              <w:t>Godzina</w:t>
            </w:r>
            <w:proofErr w:type="spellEnd"/>
          </w:p>
        </w:tc>
        <w:tc>
          <w:tcPr>
            <w:tcW w:w="454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A8E807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7"/>
                <w:lang w:val="en-AU"/>
              </w:rPr>
              <w:t>Nr</w:t>
            </w:r>
          </w:p>
        </w:tc>
        <w:tc>
          <w:tcPr>
            <w:tcW w:w="6406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DA03F9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7"/>
                <w:lang w:val="en-AU"/>
              </w:rPr>
              <w:t>Temat</w:t>
            </w:r>
          </w:p>
        </w:tc>
        <w:tc>
          <w:tcPr>
            <w:tcW w:w="2324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D74078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b/>
                <w:sz w:val="17"/>
                <w:lang w:val="en-AU"/>
              </w:rPr>
              <w:t>Prowadzący</w:t>
            </w:r>
            <w:proofErr w:type="spellEnd"/>
          </w:p>
        </w:tc>
      </w:tr>
      <w:tr w:rsidR="00436B06" w:rsidRPr="005C633B" w14:paraId="621EBE56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B960D2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09:00–09:45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C44FBA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1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335A93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Metody </w:t>
            </w:r>
            <w:proofErr w:type="spellStart"/>
            <w:r w:rsidRPr="005C633B">
              <w:rPr>
                <w:sz w:val="16"/>
                <w:lang w:val="en-AU"/>
              </w:rPr>
              <w:t>mikrobiologiczne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zasady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pobierania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materiału</w:t>
            </w:r>
            <w:proofErr w:type="spellEnd"/>
            <w:r w:rsidRPr="005C633B">
              <w:rPr>
                <w:sz w:val="16"/>
                <w:lang w:val="en-AU"/>
              </w:rPr>
              <w:t xml:space="preserve"> – jak </w:t>
            </w:r>
            <w:proofErr w:type="spellStart"/>
            <w:r w:rsidRPr="005C633B">
              <w:rPr>
                <w:sz w:val="16"/>
                <w:lang w:val="en-AU"/>
              </w:rPr>
              <w:t>uniknąć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błędów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przy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zlecaniu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badań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jak </w:t>
            </w:r>
            <w:proofErr w:type="spellStart"/>
            <w:r w:rsidRPr="005C633B">
              <w:rPr>
                <w:sz w:val="16"/>
                <w:lang w:val="en-AU"/>
              </w:rPr>
              <w:t>skutecznie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współpracować</w:t>
            </w:r>
            <w:proofErr w:type="spellEnd"/>
            <w:r w:rsidRPr="005C633B">
              <w:rPr>
                <w:sz w:val="16"/>
                <w:lang w:val="en-AU"/>
              </w:rPr>
              <w:t xml:space="preserve"> z </w:t>
            </w:r>
            <w:proofErr w:type="spellStart"/>
            <w:r w:rsidRPr="005C633B">
              <w:rPr>
                <w:sz w:val="16"/>
                <w:lang w:val="en-AU"/>
              </w:rPr>
              <w:t>laboratorium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mikrobiologicznym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26A899" w14:textId="7AB02A74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Katarzyna Dzierżanowska-</w:t>
            </w:r>
            <w:proofErr w:type="spellStart"/>
            <w:r w:rsidRPr="005C633B">
              <w:rPr>
                <w:sz w:val="16"/>
                <w:lang w:val="en-AU"/>
              </w:rPr>
              <w:t>Fangrat</w:t>
            </w:r>
            <w:proofErr w:type="spellEnd"/>
          </w:p>
        </w:tc>
      </w:tr>
      <w:tr w:rsidR="00436B06" w:rsidRPr="005C633B" w14:paraId="4089B552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078D164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09:45–09:55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05D599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E03A7A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Dyskusja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pytania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3049BC" w14:textId="77777777" w:rsidR="00436B06" w:rsidRPr="005C633B" w:rsidRDefault="00436B06">
            <w:pPr>
              <w:rPr>
                <w:lang w:val="en-AU"/>
              </w:rPr>
            </w:pPr>
          </w:p>
        </w:tc>
      </w:tr>
      <w:tr w:rsidR="00436B06" w:rsidRPr="005C633B" w14:paraId="4C8E9CBC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FDE693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09:55–10:40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8382CD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2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3DAD72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Badania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genetyczne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molekularne</w:t>
            </w:r>
            <w:proofErr w:type="spellEnd"/>
            <w:r w:rsidRPr="005C633B">
              <w:rPr>
                <w:sz w:val="16"/>
                <w:lang w:val="en-AU"/>
              </w:rPr>
              <w:t xml:space="preserve"> w </w:t>
            </w:r>
            <w:proofErr w:type="spellStart"/>
            <w:r w:rsidRPr="005C633B">
              <w:rPr>
                <w:sz w:val="16"/>
                <w:lang w:val="en-AU"/>
              </w:rPr>
              <w:t>diagnostyce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zakażeń</w:t>
            </w:r>
            <w:proofErr w:type="spellEnd"/>
            <w:r w:rsidRPr="005C633B">
              <w:rPr>
                <w:sz w:val="16"/>
                <w:lang w:val="en-AU"/>
              </w:rPr>
              <w:t xml:space="preserve"> – po co </w:t>
            </w:r>
            <w:proofErr w:type="spellStart"/>
            <w:r w:rsidRPr="005C633B">
              <w:rPr>
                <w:sz w:val="16"/>
                <w:lang w:val="en-AU"/>
              </w:rPr>
              <w:t>nam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są</w:t>
            </w:r>
            <w:proofErr w:type="spellEnd"/>
            <w:r w:rsidRPr="005C633B">
              <w:rPr>
                <w:sz w:val="16"/>
                <w:lang w:val="en-AU"/>
              </w:rPr>
              <w:t xml:space="preserve">, </w:t>
            </w:r>
            <w:proofErr w:type="spellStart"/>
            <w:r w:rsidRPr="005C633B">
              <w:rPr>
                <w:sz w:val="16"/>
                <w:lang w:val="en-AU"/>
              </w:rPr>
              <w:t>kiedy</w:t>
            </w:r>
            <w:proofErr w:type="spellEnd"/>
            <w:r w:rsidRPr="005C633B">
              <w:rPr>
                <w:sz w:val="16"/>
                <w:lang w:val="en-AU"/>
              </w:rPr>
              <w:t xml:space="preserve"> je </w:t>
            </w:r>
            <w:proofErr w:type="spellStart"/>
            <w:r w:rsidRPr="005C633B">
              <w:rPr>
                <w:sz w:val="16"/>
                <w:lang w:val="en-AU"/>
              </w:rPr>
              <w:t>zlecać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jak </w:t>
            </w:r>
            <w:proofErr w:type="spellStart"/>
            <w:r w:rsidRPr="005C633B">
              <w:rPr>
                <w:sz w:val="16"/>
                <w:lang w:val="en-AU"/>
              </w:rPr>
              <w:t>korzystać</w:t>
            </w:r>
            <w:proofErr w:type="spellEnd"/>
            <w:r w:rsidRPr="005C633B">
              <w:rPr>
                <w:sz w:val="16"/>
                <w:lang w:val="en-AU"/>
              </w:rPr>
              <w:t xml:space="preserve"> z ich </w:t>
            </w:r>
            <w:proofErr w:type="spellStart"/>
            <w:r w:rsidRPr="005C633B">
              <w:rPr>
                <w:sz w:val="16"/>
                <w:lang w:val="en-AU"/>
              </w:rPr>
              <w:t>wyników</w:t>
            </w:r>
            <w:proofErr w:type="spellEnd"/>
            <w:r w:rsidRPr="005C633B">
              <w:rPr>
                <w:sz w:val="16"/>
                <w:lang w:val="en-AU"/>
              </w:rPr>
              <w:t>?</w:t>
            </w:r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933A003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Patrycja Leśnik</w:t>
            </w:r>
          </w:p>
        </w:tc>
      </w:tr>
      <w:tr w:rsidR="00436B06" w:rsidRPr="005C633B" w14:paraId="42752B05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1FA5B3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10:40–10:50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248FDB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0AF9781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Dyskusja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pytania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540CA0" w14:textId="77777777" w:rsidR="00436B06" w:rsidRPr="005C633B" w:rsidRDefault="00436B06">
            <w:pPr>
              <w:rPr>
                <w:lang w:val="en-AU"/>
              </w:rPr>
            </w:pPr>
          </w:p>
        </w:tc>
      </w:tr>
      <w:tr w:rsidR="00436B06" w:rsidRPr="005C633B" w14:paraId="199780ED" w14:textId="77777777">
        <w:trPr>
          <w:jc w:val="center"/>
        </w:trPr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0030F1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10:50–11:35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624406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3</w:t>
            </w:r>
          </w:p>
        </w:tc>
        <w:tc>
          <w:tcPr>
            <w:tcW w:w="640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D8760A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Jak </w:t>
            </w:r>
            <w:proofErr w:type="spellStart"/>
            <w:r w:rsidRPr="005C633B">
              <w:rPr>
                <w:sz w:val="16"/>
                <w:lang w:val="en-AU"/>
              </w:rPr>
              <w:t>korzystać</w:t>
            </w:r>
            <w:proofErr w:type="spellEnd"/>
            <w:r w:rsidRPr="005C633B">
              <w:rPr>
                <w:sz w:val="16"/>
                <w:lang w:val="en-AU"/>
              </w:rPr>
              <w:t xml:space="preserve"> z </w:t>
            </w:r>
            <w:proofErr w:type="spellStart"/>
            <w:r w:rsidRPr="005C633B">
              <w:rPr>
                <w:sz w:val="16"/>
                <w:lang w:val="en-AU"/>
              </w:rPr>
              <w:t>wyników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posiewów</w:t>
            </w:r>
            <w:proofErr w:type="spellEnd"/>
            <w:r w:rsidRPr="005C633B">
              <w:rPr>
                <w:sz w:val="16"/>
                <w:lang w:val="en-AU"/>
              </w:rPr>
              <w:t xml:space="preserve">? – </w:t>
            </w:r>
            <w:proofErr w:type="spellStart"/>
            <w:r w:rsidRPr="005C633B">
              <w:rPr>
                <w:sz w:val="16"/>
                <w:lang w:val="en-AU"/>
              </w:rPr>
              <w:t>czytanie</w:t>
            </w:r>
            <w:proofErr w:type="spellEnd"/>
            <w:r w:rsidRPr="005C633B">
              <w:rPr>
                <w:sz w:val="16"/>
                <w:lang w:val="en-AU"/>
              </w:rPr>
              <w:t xml:space="preserve">, </w:t>
            </w:r>
            <w:proofErr w:type="spellStart"/>
            <w:r w:rsidRPr="005C633B">
              <w:rPr>
                <w:sz w:val="16"/>
                <w:lang w:val="en-AU"/>
              </w:rPr>
              <w:t>interpretacja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praktyczne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wykorzystanie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wyników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badań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mikrobiologicznych</w:t>
            </w:r>
            <w:proofErr w:type="spellEnd"/>
          </w:p>
        </w:tc>
        <w:tc>
          <w:tcPr>
            <w:tcW w:w="232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3551FE" w14:textId="0D2F2C96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Katarzyna Dzierżanowska-</w:t>
            </w:r>
            <w:proofErr w:type="spellStart"/>
            <w:r w:rsidRPr="005C633B">
              <w:rPr>
                <w:sz w:val="16"/>
                <w:lang w:val="en-AU"/>
              </w:rPr>
              <w:t>Fangrat</w:t>
            </w:r>
            <w:proofErr w:type="spellEnd"/>
          </w:p>
        </w:tc>
      </w:tr>
      <w:tr w:rsidR="00436B06" w:rsidRPr="005C633B" w14:paraId="1AAD9405" w14:textId="77777777">
        <w:trPr>
          <w:jc w:val="center"/>
        </w:trPr>
        <w:tc>
          <w:tcPr>
            <w:tcW w:w="1417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39BD1E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11:35–11:45</w:t>
            </w:r>
          </w:p>
        </w:tc>
        <w:tc>
          <w:tcPr>
            <w:tcW w:w="454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190A82" w14:textId="77777777" w:rsidR="00436B06" w:rsidRPr="005C633B" w:rsidRDefault="00436B06">
            <w:pPr>
              <w:rPr>
                <w:lang w:val="en-AU"/>
              </w:rPr>
            </w:pPr>
          </w:p>
        </w:tc>
        <w:tc>
          <w:tcPr>
            <w:tcW w:w="6406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B4D233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Przerwa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krótka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dyskusja</w:t>
            </w:r>
            <w:proofErr w:type="spellEnd"/>
          </w:p>
        </w:tc>
        <w:tc>
          <w:tcPr>
            <w:tcW w:w="2324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F0D87B" w14:textId="77777777" w:rsidR="00436B06" w:rsidRPr="005C633B" w:rsidRDefault="00436B06">
            <w:pPr>
              <w:rPr>
                <w:lang w:val="en-AU"/>
              </w:rPr>
            </w:pPr>
          </w:p>
        </w:tc>
      </w:tr>
    </w:tbl>
    <w:p w14:paraId="1014332D" w14:textId="77777777" w:rsidR="00436B06" w:rsidRPr="005C633B" w:rsidRDefault="00436B06">
      <w:pPr>
        <w:spacing w:after="0"/>
        <w:rPr>
          <w:lang w:val="en-AU"/>
        </w:rPr>
      </w:pPr>
    </w:p>
    <w:p w14:paraId="71FBF107" w14:textId="77777777" w:rsidR="00436B06" w:rsidRPr="005C633B" w:rsidRDefault="00D73E9C">
      <w:pPr>
        <w:rPr>
          <w:lang w:val="en-AU"/>
        </w:rPr>
      </w:pPr>
      <w:r w:rsidRPr="005C633B">
        <w:rPr>
          <w:b/>
          <w:sz w:val="21"/>
          <w:lang w:val="en-AU"/>
        </w:rPr>
        <w:t xml:space="preserve">Blok II – </w:t>
      </w:r>
      <w:proofErr w:type="spellStart"/>
      <w:r w:rsidRPr="005C633B">
        <w:rPr>
          <w:b/>
          <w:sz w:val="21"/>
          <w:lang w:val="en-AU"/>
        </w:rPr>
        <w:t>Farmakokinetyka</w:t>
      </w:r>
      <w:proofErr w:type="spellEnd"/>
      <w:r w:rsidRPr="005C633B">
        <w:rPr>
          <w:b/>
          <w:sz w:val="21"/>
          <w:lang w:val="en-AU"/>
        </w:rPr>
        <w:t xml:space="preserve"> </w:t>
      </w:r>
      <w:proofErr w:type="spellStart"/>
      <w:r w:rsidRPr="005C633B">
        <w:rPr>
          <w:b/>
          <w:sz w:val="21"/>
          <w:lang w:val="en-AU"/>
        </w:rPr>
        <w:t>i</w:t>
      </w:r>
      <w:proofErr w:type="spellEnd"/>
      <w:r w:rsidRPr="005C633B">
        <w:rPr>
          <w:b/>
          <w:sz w:val="21"/>
          <w:lang w:val="en-AU"/>
        </w:rPr>
        <w:t xml:space="preserve"> </w:t>
      </w:r>
      <w:proofErr w:type="spellStart"/>
      <w:r w:rsidRPr="005C633B">
        <w:rPr>
          <w:b/>
          <w:sz w:val="21"/>
          <w:lang w:val="en-AU"/>
        </w:rPr>
        <w:t>farmakodynamika</w:t>
      </w:r>
      <w:proofErr w:type="spellEnd"/>
      <w:r w:rsidRPr="005C633B">
        <w:rPr>
          <w:b/>
          <w:sz w:val="21"/>
          <w:lang w:val="en-AU"/>
        </w:rPr>
        <w:t xml:space="preserve"> </w:t>
      </w:r>
      <w:proofErr w:type="spellStart"/>
      <w:r w:rsidRPr="005C633B">
        <w:rPr>
          <w:b/>
          <w:sz w:val="21"/>
          <w:lang w:val="en-AU"/>
        </w:rPr>
        <w:t>antybiotyków</w:t>
      </w:r>
      <w:proofErr w:type="spellEnd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02"/>
        <w:gridCol w:w="451"/>
        <w:gridCol w:w="6271"/>
        <w:gridCol w:w="2292"/>
      </w:tblGrid>
      <w:tr w:rsidR="00436B06" w:rsidRPr="005C633B" w14:paraId="373B1613" w14:textId="77777777" w:rsidTr="005C633B">
        <w:trPr>
          <w:jc w:val="center"/>
        </w:trPr>
        <w:tc>
          <w:tcPr>
            <w:tcW w:w="1416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5A95C6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b/>
                <w:sz w:val="17"/>
                <w:lang w:val="en-AU"/>
              </w:rPr>
              <w:t>Godzina</w:t>
            </w:r>
            <w:proofErr w:type="spellEnd"/>
          </w:p>
        </w:tc>
        <w:tc>
          <w:tcPr>
            <w:tcW w:w="454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30ACE9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7"/>
                <w:lang w:val="en-AU"/>
              </w:rPr>
              <w:t>Nr</w:t>
            </w:r>
          </w:p>
        </w:tc>
        <w:tc>
          <w:tcPr>
            <w:tcW w:w="6395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665AA3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7"/>
                <w:lang w:val="en-AU"/>
              </w:rPr>
              <w:t>Temat</w:t>
            </w:r>
          </w:p>
        </w:tc>
        <w:tc>
          <w:tcPr>
            <w:tcW w:w="2321" w:type="dxa"/>
            <w:shd w:val="clear" w:color="auto" w:fill="D9E2F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AFD996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b/>
                <w:sz w:val="17"/>
                <w:lang w:val="en-AU"/>
              </w:rPr>
              <w:t>Prowadzący</w:t>
            </w:r>
            <w:proofErr w:type="spellEnd"/>
          </w:p>
        </w:tc>
      </w:tr>
      <w:tr w:rsidR="00436B06" w:rsidRPr="005C633B" w14:paraId="6F9879BD" w14:textId="77777777" w:rsidTr="005C633B">
        <w:trPr>
          <w:jc w:val="center"/>
        </w:trPr>
        <w:tc>
          <w:tcPr>
            <w:tcW w:w="14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CAB4C9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11:45–12:30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8673B7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4A</w:t>
            </w:r>
          </w:p>
        </w:tc>
        <w:tc>
          <w:tcPr>
            <w:tcW w:w="63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11EE26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Grupy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antybiotyków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zasady</w:t>
            </w:r>
            <w:proofErr w:type="spellEnd"/>
            <w:r w:rsidRPr="005C633B">
              <w:rPr>
                <w:sz w:val="16"/>
                <w:lang w:val="en-AU"/>
              </w:rPr>
              <w:t xml:space="preserve"> ich </w:t>
            </w:r>
            <w:proofErr w:type="spellStart"/>
            <w:r w:rsidRPr="005C633B">
              <w:rPr>
                <w:sz w:val="16"/>
                <w:lang w:val="en-AU"/>
              </w:rPr>
              <w:t>stosowania</w:t>
            </w:r>
            <w:proofErr w:type="spellEnd"/>
            <w:r w:rsidRPr="005C633B">
              <w:rPr>
                <w:sz w:val="16"/>
                <w:lang w:val="en-AU"/>
              </w:rPr>
              <w:t xml:space="preserve"> – </w:t>
            </w:r>
            <w:proofErr w:type="spellStart"/>
            <w:r w:rsidRPr="005C633B">
              <w:rPr>
                <w:sz w:val="16"/>
                <w:lang w:val="en-AU"/>
              </w:rPr>
              <w:t>część</w:t>
            </w:r>
            <w:proofErr w:type="spellEnd"/>
            <w:r w:rsidRPr="005C633B">
              <w:rPr>
                <w:sz w:val="16"/>
                <w:lang w:val="en-AU"/>
              </w:rPr>
              <w:t xml:space="preserve"> I</w:t>
            </w:r>
          </w:p>
        </w:tc>
        <w:tc>
          <w:tcPr>
            <w:tcW w:w="232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EA0A43" w14:textId="2B70CB8D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Mirosław Czuczwar </w:t>
            </w:r>
          </w:p>
        </w:tc>
      </w:tr>
      <w:tr w:rsidR="00436B06" w:rsidRPr="005C633B" w14:paraId="1F0E9320" w14:textId="77777777" w:rsidTr="005C633B">
        <w:trPr>
          <w:jc w:val="center"/>
        </w:trPr>
        <w:tc>
          <w:tcPr>
            <w:tcW w:w="14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8339DA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12:30–13:15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4F3325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4B</w:t>
            </w:r>
          </w:p>
        </w:tc>
        <w:tc>
          <w:tcPr>
            <w:tcW w:w="63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69C8D7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Grupy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antybiotyków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zasady</w:t>
            </w:r>
            <w:proofErr w:type="spellEnd"/>
            <w:r w:rsidRPr="005C633B">
              <w:rPr>
                <w:sz w:val="16"/>
                <w:lang w:val="en-AU"/>
              </w:rPr>
              <w:t xml:space="preserve"> ich </w:t>
            </w:r>
            <w:proofErr w:type="spellStart"/>
            <w:r w:rsidRPr="005C633B">
              <w:rPr>
                <w:sz w:val="16"/>
                <w:lang w:val="en-AU"/>
              </w:rPr>
              <w:t>stosowania</w:t>
            </w:r>
            <w:proofErr w:type="spellEnd"/>
            <w:r w:rsidRPr="005C633B">
              <w:rPr>
                <w:sz w:val="16"/>
                <w:lang w:val="en-AU"/>
              </w:rPr>
              <w:t xml:space="preserve"> – </w:t>
            </w:r>
            <w:proofErr w:type="spellStart"/>
            <w:r w:rsidRPr="005C633B">
              <w:rPr>
                <w:sz w:val="16"/>
                <w:lang w:val="en-AU"/>
              </w:rPr>
              <w:t>część</w:t>
            </w:r>
            <w:proofErr w:type="spellEnd"/>
            <w:r w:rsidRPr="005C633B">
              <w:rPr>
                <w:sz w:val="16"/>
                <w:lang w:val="en-AU"/>
              </w:rPr>
              <w:t xml:space="preserve"> II</w:t>
            </w:r>
          </w:p>
        </w:tc>
        <w:tc>
          <w:tcPr>
            <w:tcW w:w="232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4AB4FF" w14:textId="213DB305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Mirosław Czuczwar </w:t>
            </w:r>
          </w:p>
        </w:tc>
      </w:tr>
      <w:tr w:rsidR="00436B06" w:rsidRPr="005C633B" w14:paraId="0B9446B0" w14:textId="77777777" w:rsidTr="005C633B">
        <w:trPr>
          <w:jc w:val="center"/>
        </w:trPr>
        <w:tc>
          <w:tcPr>
            <w:tcW w:w="14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2EE91A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13:15–14:00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B13FF1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b/>
                <w:sz w:val="16"/>
                <w:lang w:val="en-AU"/>
              </w:rPr>
              <w:t>5</w:t>
            </w:r>
          </w:p>
        </w:tc>
        <w:tc>
          <w:tcPr>
            <w:tcW w:w="63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EEF4EA" w14:textId="77777777" w:rsidR="00436B06" w:rsidRPr="005C633B" w:rsidRDefault="00D73E9C">
            <w:pPr>
              <w:rPr>
                <w:lang w:val="en-AU"/>
              </w:rPr>
            </w:pPr>
            <w:proofErr w:type="spellStart"/>
            <w:r w:rsidRPr="005C633B">
              <w:rPr>
                <w:sz w:val="16"/>
                <w:lang w:val="en-AU"/>
              </w:rPr>
              <w:t>Penetracja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antybiotyków</w:t>
            </w:r>
            <w:proofErr w:type="spellEnd"/>
            <w:r w:rsidRPr="005C633B">
              <w:rPr>
                <w:sz w:val="16"/>
                <w:lang w:val="en-AU"/>
              </w:rPr>
              <w:t xml:space="preserve"> do </w:t>
            </w:r>
            <w:proofErr w:type="spellStart"/>
            <w:r w:rsidRPr="005C633B">
              <w:rPr>
                <w:sz w:val="16"/>
                <w:lang w:val="en-AU"/>
              </w:rPr>
              <w:t>ogniska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zakażenia</w:t>
            </w:r>
            <w:proofErr w:type="spellEnd"/>
            <w:r w:rsidRPr="005C633B">
              <w:rPr>
                <w:sz w:val="16"/>
                <w:lang w:val="en-AU"/>
              </w:rPr>
              <w:t xml:space="preserve"> – </w:t>
            </w:r>
            <w:proofErr w:type="spellStart"/>
            <w:r w:rsidRPr="005C633B">
              <w:rPr>
                <w:sz w:val="16"/>
                <w:lang w:val="en-AU"/>
              </w:rPr>
              <w:t>zasady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doboru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antybiotyków</w:t>
            </w:r>
            <w:proofErr w:type="spellEnd"/>
            <w:r w:rsidRPr="005C633B">
              <w:rPr>
                <w:sz w:val="16"/>
                <w:lang w:val="en-AU"/>
              </w:rPr>
              <w:t xml:space="preserve"> w </w:t>
            </w:r>
            <w:proofErr w:type="spellStart"/>
            <w:r w:rsidRPr="005C633B">
              <w:rPr>
                <w:sz w:val="16"/>
                <w:lang w:val="en-AU"/>
              </w:rPr>
              <w:t>zależności</w:t>
            </w:r>
            <w:proofErr w:type="spellEnd"/>
            <w:r w:rsidRPr="005C633B">
              <w:rPr>
                <w:sz w:val="16"/>
                <w:lang w:val="en-AU"/>
              </w:rPr>
              <w:t xml:space="preserve"> od </w:t>
            </w:r>
            <w:proofErr w:type="spellStart"/>
            <w:r w:rsidRPr="005C633B">
              <w:rPr>
                <w:sz w:val="16"/>
                <w:lang w:val="en-AU"/>
              </w:rPr>
              <w:t>lokalizacji</w:t>
            </w:r>
            <w:proofErr w:type="spellEnd"/>
            <w:r w:rsidRPr="005C633B">
              <w:rPr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sz w:val="16"/>
                <w:lang w:val="en-AU"/>
              </w:rPr>
              <w:t>zakażenia</w:t>
            </w:r>
            <w:proofErr w:type="spellEnd"/>
          </w:p>
        </w:tc>
        <w:tc>
          <w:tcPr>
            <w:tcW w:w="232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369239" w14:textId="77777777" w:rsidR="00436B06" w:rsidRPr="005C633B" w:rsidRDefault="00D73E9C">
            <w:pPr>
              <w:rPr>
                <w:lang w:val="en-AU"/>
              </w:rPr>
            </w:pPr>
            <w:r w:rsidRPr="005C633B">
              <w:rPr>
                <w:sz w:val="16"/>
                <w:lang w:val="en-AU"/>
              </w:rPr>
              <w:t>Janusz Dadok</w:t>
            </w:r>
          </w:p>
        </w:tc>
      </w:tr>
      <w:tr w:rsidR="005C633B" w:rsidRPr="005C633B" w14:paraId="5AB13C80" w14:textId="77777777" w:rsidTr="005C633B">
        <w:trPr>
          <w:jc w:val="center"/>
        </w:trPr>
        <w:tc>
          <w:tcPr>
            <w:tcW w:w="14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02692A" w14:textId="6268BE9B" w:rsidR="005C633B" w:rsidRPr="005C633B" w:rsidRDefault="005C633B">
            <w:pPr>
              <w:rPr>
                <w:color w:val="EE0000"/>
                <w:sz w:val="16"/>
                <w:lang w:val="en-AU"/>
              </w:rPr>
            </w:pPr>
            <w:r w:rsidRPr="005C633B">
              <w:rPr>
                <w:color w:val="EE0000"/>
                <w:sz w:val="16"/>
                <w:lang w:val="en-AU"/>
              </w:rPr>
              <w:t>14:00-14:30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8934D2" w14:textId="67653B0A" w:rsidR="005C633B" w:rsidRPr="005C633B" w:rsidRDefault="005C633B">
            <w:pPr>
              <w:rPr>
                <w:b/>
                <w:color w:val="EE0000"/>
                <w:sz w:val="16"/>
                <w:lang w:val="en-AU"/>
              </w:rPr>
            </w:pPr>
            <w:r w:rsidRPr="005C633B">
              <w:rPr>
                <w:b/>
                <w:color w:val="EE0000"/>
                <w:sz w:val="16"/>
                <w:lang w:val="en-AU"/>
              </w:rPr>
              <w:t>6</w:t>
            </w:r>
          </w:p>
        </w:tc>
        <w:tc>
          <w:tcPr>
            <w:tcW w:w="63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BC177D" w14:textId="4C8C6AFA" w:rsidR="005C633B" w:rsidRPr="005C633B" w:rsidRDefault="005C633B">
            <w:pPr>
              <w:rPr>
                <w:color w:val="EE0000"/>
                <w:sz w:val="16"/>
                <w:lang w:val="en-AU"/>
              </w:rPr>
            </w:pPr>
            <w:proofErr w:type="spellStart"/>
            <w:r w:rsidRPr="005C633B">
              <w:rPr>
                <w:color w:val="EE0000"/>
                <w:sz w:val="16"/>
                <w:lang w:val="en-AU"/>
              </w:rPr>
              <w:t>Wykład</w:t>
            </w:r>
            <w:proofErr w:type="spellEnd"/>
            <w:r w:rsidRPr="005C633B">
              <w:rPr>
                <w:color w:val="EE0000"/>
                <w:sz w:val="16"/>
                <w:lang w:val="en-AU"/>
              </w:rPr>
              <w:t xml:space="preserve"> </w:t>
            </w:r>
            <w:proofErr w:type="spellStart"/>
            <w:r w:rsidRPr="005C633B">
              <w:rPr>
                <w:color w:val="EE0000"/>
                <w:sz w:val="16"/>
                <w:lang w:val="en-AU"/>
              </w:rPr>
              <w:t>sponsorowany</w:t>
            </w:r>
            <w:proofErr w:type="spellEnd"/>
          </w:p>
        </w:tc>
        <w:tc>
          <w:tcPr>
            <w:tcW w:w="232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DDB68E" w14:textId="5E021F97" w:rsidR="005C633B" w:rsidRPr="005C633B" w:rsidRDefault="005C633B">
            <w:pPr>
              <w:rPr>
                <w:sz w:val="16"/>
                <w:lang w:val="en-AU"/>
              </w:rPr>
            </w:pPr>
            <w:r w:rsidRPr="005C633B">
              <w:rPr>
                <w:sz w:val="16"/>
                <w:lang w:val="en-AU"/>
              </w:rPr>
              <w:t xml:space="preserve">Do </w:t>
            </w:r>
            <w:proofErr w:type="spellStart"/>
            <w:r w:rsidRPr="005C633B">
              <w:rPr>
                <w:sz w:val="16"/>
                <w:lang w:val="en-AU"/>
              </w:rPr>
              <w:t>ustalenia</w:t>
            </w:r>
            <w:proofErr w:type="spellEnd"/>
          </w:p>
        </w:tc>
      </w:tr>
      <w:tr w:rsidR="005C633B" w:rsidRPr="005C633B" w14:paraId="6D4F41C9" w14:textId="77777777" w:rsidTr="005C633B">
        <w:trPr>
          <w:jc w:val="center"/>
        </w:trPr>
        <w:tc>
          <w:tcPr>
            <w:tcW w:w="14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8561D3" w14:textId="174538AD" w:rsidR="005C633B" w:rsidRPr="005C633B" w:rsidRDefault="005C633B">
            <w:pPr>
              <w:rPr>
                <w:sz w:val="16"/>
                <w:lang w:val="en-AU"/>
              </w:rPr>
            </w:pPr>
            <w:r w:rsidRPr="005C633B">
              <w:rPr>
                <w:sz w:val="16"/>
                <w:lang w:val="en-AU"/>
              </w:rPr>
              <w:t>14:30 – 14.45</w:t>
            </w:r>
          </w:p>
        </w:tc>
        <w:tc>
          <w:tcPr>
            <w:tcW w:w="45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069BF0" w14:textId="77777777" w:rsidR="005C633B" w:rsidRPr="005C633B" w:rsidRDefault="005C633B">
            <w:pPr>
              <w:rPr>
                <w:b/>
                <w:sz w:val="16"/>
                <w:lang w:val="en-AU"/>
              </w:rPr>
            </w:pPr>
          </w:p>
        </w:tc>
        <w:tc>
          <w:tcPr>
            <w:tcW w:w="639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99408B" w14:textId="37180F19" w:rsidR="005C633B" w:rsidRPr="005C633B" w:rsidRDefault="005C633B">
            <w:pPr>
              <w:rPr>
                <w:color w:val="EE0000"/>
                <w:sz w:val="16"/>
                <w:lang w:val="en-AU"/>
              </w:rPr>
            </w:pPr>
            <w:proofErr w:type="spellStart"/>
            <w:r w:rsidRPr="005C633B">
              <w:rPr>
                <w:color w:val="EE0000"/>
                <w:sz w:val="16"/>
                <w:lang w:val="en-AU"/>
              </w:rPr>
              <w:t>Podsumiwanie</w:t>
            </w:r>
            <w:proofErr w:type="spellEnd"/>
            <w:r w:rsidRPr="005C633B">
              <w:rPr>
                <w:color w:val="EE0000"/>
                <w:sz w:val="16"/>
                <w:lang w:val="en-AU"/>
              </w:rPr>
              <w:t xml:space="preserve"> I </w:t>
            </w:r>
            <w:proofErr w:type="spellStart"/>
            <w:r w:rsidRPr="005C633B">
              <w:rPr>
                <w:color w:val="EE0000"/>
                <w:sz w:val="16"/>
                <w:lang w:val="en-AU"/>
              </w:rPr>
              <w:t>zakończenie</w:t>
            </w:r>
            <w:proofErr w:type="spellEnd"/>
            <w:r w:rsidRPr="005C633B">
              <w:rPr>
                <w:color w:val="EE0000"/>
                <w:sz w:val="16"/>
                <w:lang w:val="en-AU"/>
              </w:rPr>
              <w:t xml:space="preserve"> </w:t>
            </w:r>
          </w:p>
        </w:tc>
        <w:tc>
          <w:tcPr>
            <w:tcW w:w="232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4E062A" w14:textId="4B8645E5" w:rsidR="005C633B" w:rsidRPr="005C633B" w:rsidRDefault="005C633B">
            <w:pPr>
              <w:rPr>
                <w:sz w:val="16"/>
                <w:lang w:val="en-AU"/>
              </w:rPr>
            </w:pPr>
            <w:r>
              <w:rPr>
                <w:sz w:val="16"/>
                <w:lang w:val="en-AU"/>
              </w:rPr>
              <w:t xml:space="preserve">Radosław Owczuk </w:t>
            </w:r>
          </w:p>
        </w:tc>
      </w:tr>
    </w:tbl>
    <w:p w14:paraId="52688755" w14:textId="77777777" w:rsidR="00436B06" w:rsidRPr="005C633B" w:rsidRDefault="00436B06">
      <w:pPr>
        <w:spacing w:after="0"/>
        <w:rPr>
          <w:lang w:val="en-AU"/>
        </w:rPr>
      </w:pPr>
    </w:p>
    <w:p w14:paraId="59D9AD3F" w14:textId="77777777" w:rsidR="005C633B" w:rsidRDefault="005C633B" w:rsidP="005C633B">
      <w:pPr>
        <w:jc w:val="center"/>
        <w:rPr>
          <w:b/>
          <w:sz w:val="26"/>
        </w:rPr>
      </w:pPr>
    </w:p>
    <w:p w14:paraId="40A0F440" w14:textId="77777777" w:rsidR="005C633B" w:rsidRDefault="005C633B" w:rsidP="005C633B">
      <w:pPr>
        <w:jc w:val="center"/>
        <w:rPr>
          <w:b/>
          <w:sz w:val="26"/>
        </w:rPr>
      </w:pPr>
    </w:p>
    <w:p w14:paraId="67E5297B" w14:textId="77777777" w:rsidR="005C633B" w:rsidRDefault="005C633B" w:rsidP="005C633B">
      <w:pPr>
        <w:jc w:val="center"/>
        <w:rPr>
          <w:b/>
          <w:sz w:val="26"/>
        </w:rPr>
      </w:pPr>
    </w:p>
    <w:p w14:paraId="7401381B" w14:textId="77777777" w:rsidR="005C633B" w:rsidRDefault="005C633B" w:rsidP="005C633B">
      <w:pPr>
        <w:jc w:val="center"/>
        <w:rPr>
          <w:b/>
          <w:sz w:val="26"/>
        </w:rPr>
      </w:pPr>
    </w:p>
    <w:p w14:paraId="3B2B5AA6" w14:textId="77777777" w:rsidR="005C633B" w:rsidRDefault="005C633B" w:rsidP="005C633B">
      <w:pPr>
        <w:jc w:val="center"/>
        <w:rPr>
          <w:b/>
          <w:sz w:val="26"/>
        </w:rPr>
      </w:pPr>
    </w:p>
    <w:p w14:paraId="2C016E95" w14:textId="77777777" w:rsidR="005C633B" w:rsidRDefault="005C633B" w:rsidP="005C633B">
      <w:pPr>
        <w:jc w:val="center"/>
        <w:rPr>
          <w:b/>
          <w:sz w:val="26"/>
        </w:rPr>
      </w:pPr>
    </w:p>
    <w:p w14:paraId="5BF43EAA" w14:textId="77777777" w:rsidR="005C633B" w:rsidRDefault="005C633B" w:rsidP="005C633B">
      <w:pPr>
        <w:jc w:val="center"/>
        <w:rPr>
          <w:b/>
          <w:sz w:val="26"/>
        </w:rPr>
      </w:pPr>
    </w:p>
    <w:p w14:paraId="6E2EDCC9" w14:textId="77777777" w:rsidR="005C633B" w:rsidRDefault="005C633B" w:rsidP="005C633B">
      <w:pPr>
        <w:jc w:val="center"/>
        <w:rPr>
          <w:b/>
          <w:sz w:val="26"/>
        </w:rPr>
      </w:pPr>
    </w:p>
    <w:p w14:paraId="20035648" w14:textId="77777777" w:rsidR="005C633B" w:rsidRDefault="005C633B" w:rsidP="005C633B">
      <w:pPr>
        <w:jc w:val="center"/>
        <w:rPr>
          <w:b/>
          <w:sz w:val="26"/>
        </w:rPr>
      </w:pPr>
    </w:p>
    <w:p w14:paraId="375CEDB7" w14:textId="77777777" w:rsidR="005C633B" w:rsidRDefault="005C633B" w:rsidP="005C633B">
      <w:pPr>
        <w:jc w:val="center"/>
        <w:rPr>
          <w:b/>
          <w:sz w:val="26"/>
        </w:rPr>
      </w:pPr>
    </w:p>
    <w:p w14:paraId="14635984" w14:textId="3B11DD20" w:rsidR="005C633B" w:rsidRDefault="005C633B" w:rsidP="005C633B">
      <w:pPr>
        <w:jc w:val="center"/>
        <w:rPr>
          <w:b/>
          <w:sz w:val="26"/>
        </w:rPr>
      </w:pPr>
      <w:proofErr w:type="spellStart"/>
      <w:r>
        <w:rPr>
          <w:b/>
          <w:sz w:val="26"/>
        </w:rPr>
        <w:lastRenderedPageBreak/>
        <w:t>Spotkanie</w:t>
      </w:r>
      <w:proofErr w:type="spellEnd"/>
      <w:r>
        <w:rPr>
          <w:b/>
          <w:sz w:val="26"/>
        </w:rPr>
        <w:t xml:space="preserve"> online 1 </w:t>
      </w:r>
    </w:p>
    <w:p w14:paraId="1F4A8CFC" w14:textId="67BB4D49" w:rsidR="005C633B" w:rsidRDefault="005C633B" w:rsidP="005C633B">
      <w:pPr>
        <w:jc w:val="center"/>
      </w:pPr>
      <w:r>
        <w:rPr>
          <w:b/>
          <w:sz w:val="26"/>
        </w:rPr>
        <w:t xml:space="preserve">16.01.2026 </w:t>
      </w:r>
      <w:proofErr w:type="spellStart"/>
      <w:r>
        <w:rPr>
          <w:b/>
          <w:sz w:val="26"/>
        </w:rPr>
        <w:t>godz</w:t>
      </w:r>
      <w:proofErr w:type="spellEnd"/>
      <w:r>
        <w:rPr>
          <w:b/>
          <w:sz w:val="26"/>
        </w:rPr>
        <w:t>. 9.00</w:t>
      </w:r>
    </w:p>
    <w:p w14:paraId="426DDC58" w14:textId="569B5F2D" w:rsidR="005C633B" w:rsidRDefault="005C633B" w:rsidP="005C633B">
      <w:pPr>
        <w:jc w:val="center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3027"/>
        <w:gridCol w:w="6699"/>
      </w:tblGrid>
      <w:tr w:rsidR="005C633B" w14:paraId="3D7D7E2C" w14:textId="77777777" w:rsidTr="005C633B">
        <w:trPr>
          <w:jc w:val="center"/>
        </w:trPr>
        <w:tc>
          <w:tcPr>
            <w:tcW w:w="690" w:type="dxa"/>
            <w:shd w:val="clear" w:color="auto" w:fill="D9E2F3"/>
          </w:tcPr>
          <w:p w14:paraId="0BAAE913" w14:textId="77777777" w:rsidR="005C633B" w:rsidRDefault="005C633B" w:rsidP="006D13ED">
            <w:r>
              <w:rPr>
                <w:b/>
              </w:rPr>
              <w:t>Blok</w:t>
            </w:r>
          </w:p>
        </w:tc>
        <w:tc>
          <w:tcPr>
            <w:tcW w:w="3061" w:type="dxa"/>
            <w:shd w:val="clear" w:color="auto" w:fill="D9E2F3"/>
          </w:tcPr>
          <w:p w14:paraId="36BC2DDB" w14:textId="77777777" w:rsidR="005C633B" w:rsidRDefault="005C633B" w:rsidP="006D13ED">
            <w:r>
              <w:rPr>
                <w:b/>
              </w:rPr>
              <w:t>Temat</w:t>
            </w:r>
          </w:p>
        </w:tc>
        <w:tc>
          <w:tcPr>
            <w:tcW w:w="6803" w:type="dxa"/>
            <w:shd w:val="clear" w:color="auto" w:fill="D9E2F3"/>
          </w:tcPr>
          <w:p w14:paraId="6C380DFC" w14:textId="77777777" w:rsidR="005C633B" w:rsidRDefault="005C633B" w:rsidP="006D13ED">
            <w:proofErr w:type="spellStart"/>
            <w:r>
              <w:rPr>
                <w:b/>
              </w:rPr>
              <w:t>Zakres</w:t>
            </w:r>
            <w:proofErr w:type="spellEnd"/>
          </w:p>
        </w:tc>
      </w:tr>
      <w:tr w:rsidR="005C633B" w14:paraId="46E86375" w14:textId="77777777" w:rsidTr="005C633B">
        <w:trPr>
          <w:jc w:val="center"/>
        </w:trPr>
        <w:tc>
          <w:tcPr>
            <w:tcW w:w="690" w:type="dxa"/>
          </w:tcPr>
          <w:p w14:paraId="70AF545E" w14:textId="77777777" w:rsidR="005C633B" w:rsidRDefault="005C633B" w:rsidP="006D13ED">
            <w:pPr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</w:p>
          <w:p w14:paraId="125E40F8" w14:textId="0F95B821" w:rsidR="005C633B" w:rsidRDefault="005C633B" w:rsidP="006D13ED">
            <w:pPr>
              <w:spacing w:after="40"/>
            </w:pPr>
            <w:r>
              <w:rPr>
                <w:sz w:val="19"/>
              </w:rPr>
              <w:t>(1,5h)</w:t>
            </w:r>
          </w:p>
        </w:tc>
        <w:tc>
          <w:tcPr>
            <w:tcW w:w="3061" w:type="dxa"/>
          </w:tcPr>
          <w:p w14:paraId="44EF1B8C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Pozaszpitalne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układu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oddechowego</w:t>
            </w:r>
            <w:proofErr w:type="spellEnd"/>
          </w:p>
        </w:tc>
        <w:tc>
          <w:tcPr>
            <w:tcW w:w="6803" w:type="dxa"/>
          </w:tcPr>
          <w:p w14:paraId="24009F34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Pozaszpitalne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płuc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najczęstsza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etiologia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czynniki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ryzyka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diagnostyka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różnicowa</w:t>
            </w:r>
            <w:proofErr w:type="spellEnd"/>
            <w:r>
              <w:rPr>
                <w:sz w:val="19"/>
              </w:rPr>
              <w:t xml:space="preserve">. Jak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kiedy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pobierać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</w:t>
            </w:r>
            <w:proofErr w:type="spellEnd"/>
            <w:r>
              <w:rPr>
                <w:sz w:val="19"/>
              </w:rPr>
              <w:t xml:space="preserve"> do </w:t>
            </w:r>
            <w:proofErr w:type="spellStart"/>
            <w:r>
              <w:rPr>
                <w:sz w:val="19"/>
              </w:rPr>
              <w:t>badań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mikrobiologicznych</w:t>
            </w:r>
            <w:proofErr w:type="spellEnd"/>
            <w:r>
              <w:rPr>
                <w:sz w:val="19"/>
              </w:rPr>
              <w:t xml:space="preserve">? </w:t>
            </w:r>
            <w:proofErr w:type="spellStart"/>
            <w:r>
              <w:rPr>
                <w:sz w:val="19"/>
              </w:rPr>
              <w:t>Optymalizacja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diagnostyki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typowe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atypowe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wirusowe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układu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oddechowego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68DD4755" w14:textId="77777777" w:rsidTr="005C633B">
        <w:trPr>
          <w:jc w:val="center"/>
        </w:trPr>
        <w:tc>
          <w:tcPr>
            <w:tcW w:w="690" w:type="dxa"/>
          </w:tcPr>
          <w:p w14:paraId="79126A39" w14:textId="77777777" w:rsidR="005C633B" w:rsidRDefault="005C633B" w:rsidP="006D13ED">
            <w:pPr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</w:p>
          <w:p w14:paraId="5C3C69FA" w14:textId="528209D6" w:rsidR="005C633B" w:rsidRDefault="005C633B" w:rsidP="006D13ED">
            <w:pPr>
              <w:spacing w:after="40"/>
            </w:pPr>
            <w:r>
              <w:rPr>
                <w:sz w:val="19"/>
              </w:rPr>
              <w:t>(1,5h)</w:t>
            </w:r>
          </w:p>
        </w:tc>
        <w:tc>
          <w:tcPr>
            <w:tcW w:w="3061" w:type="dxa"/>
          </w:tcPr>
          <w:p w14:paraId="14BA79EF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Szpitalne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zapalenia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płuc</w:t>
            </w:r>
            <w:proofErr w:type="spellEnd"/>
            <w:r>
              <w:rPr>
                <w:b/>
                <w:sz w:val="19"/>
              </w:rPr>
              <w:t xml:space="preserve"> – HAP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VAP</w:t>
            </w:r>
          </w:p>
        </w:tc>
        <w:tc>
          <w:tcPr>
            <w:tcW w:w="6803" w:type="dxa"/>
          </w:tcPr>
          <w:p w14:paraId="50E47EB2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Wewnątrzszpitalne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płuc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oraz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płuc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związane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wentylacją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mechaniczną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sztucznymi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drogami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oddechowymi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Etiologia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czynniki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ryzyka</w:t>
            </w:r>
            <w:proofErr w:type="spellEnd"/>
            <w:r>
              <w:rPr>
                <w:sz w:val="19"/>
              </w:rPr>
              <w:t xml:space="preserve">. Kolonizacja a </w:t>
            </w:r>
            <w:proofErr w:type="spellStart"/>
            <w:r>
              <w:rPr>
                <w:sz w:val="19"/>
              </w:rPr>
              <w:t>zakażenie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Wybór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metody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pobrania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materiału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Interpretacja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wyników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mikrobiologicznych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Rozpoznanie</w:t>
            </w:r>
            <w:proofErr w:type="spellEnd"/>
            <w:r>
              <w:rPr>
                <w:sz w:val="19"/>
              </w:rPr>
              <w:t xml:space="preserve"> HAP/VAP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ustalenie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strategii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leczenia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660D9EA0" w14:textId="77777777" w:rsidTr="005C633B">
        <w:trPr>
          <w:jc w:val="center"/>
        </w:trPr>
        <w:tc>
          <w:tcPr>
            <w:tcW w:w="690" w:type="dxa"/>
          </w:tcPr>
          <w:p w14:paraId="2708BF4D" w14:textId="77777777" w:rsidR="005C633B" w:rsidRDefault="005C633B" w:rsidP="006D13ED">
            <w:pPr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</w:p>
          <w:p w14:paraId="0C066B76" w14:textId="159FABD7" w:rsidR="005C633B" w:rsidRDefault="005C633B" w:rsidP="006D13ED">
            <w:pPr>
              <w:spacing w:after="40"/>
            </w:pPr>
            <w:r>
              <w:rPr>
                <w:sz w:val="19"/>
              </w:rPr>
              <w:t>(1,5h)</w:t>
            </w:r>
          </w:p>
        </w:tc>
        <w:tc>
          <w:tcPr>
            <w:tcW w:w="3061" w:type="dxa"/>
          </w:tcPr>
          <w:p w14:paraId="6D5550B3" w14:textId="77777777" w:rsidR="005C633B" w:rsidRDefault="005C633B" w:rsidP="006D13ED">
            <w:pPr>
              <w:spacing w:after="40"/>
            </w:pPr>
            <w:r>
              <w:rPr>
                <w:b/>
                <w:sz w:val="19"/>
              </w:rPr>
              <w:t xml:space="preserve">Jak </w:t>
            </w:r>
            <w:proofErr w:type="spellStart"/>
            <w:r>
              <w:rPr>
                <w:b/>
                <w:sz w:val="19"/>
              </w:rPr>
              <w:t>optymalnie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leczyć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układu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oddechowego</w:t>
            </w:r>
            <w:proofErr w:type="spellEnd"/>
            <w:r>
              <w:rPr>
                <w:b/>
                <w:sz w:val="19"/>
              </w:rPr>
              <w:t>?</w:t>
            </w:r>
          </w:p>
        </w:tc>
        <w:tc>
          <w:tcPr>
            <w:tcW w:w="6803" w:type="dxa"/>
          </w:tcPr>
          <w:p w14:paraId="7D05E420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Dobór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antybiotyku</w:t>
            </w:r>
            <w:proofErr w:type="spellEnd"/>
            <w:r>
              <w:rPr>
                <w:sz w:val="19"/>
              </w:rPr>
              <w:t xml:space="preserve"> do </w:t>
            </w:r>
            <w:proofErr w:type="spellStart"/>
            <w:r>
              <w:rPr>
                <w:sz w:val="19"/>
              </w:rPr>
              <w:t>etiologii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miejsca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Farmakokinetyka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farmakodynamika</w:t>
            </w:r>
            <w:proofErr w:type="spellEnd"/>
            <w:r>
              <w:rPr>
                <w:sz w:val="19"/>
              </w:rPr>
              <w:t xml:space="preserve"> (PK/PD) </w:t>
            </w:r>
            <w:proofErr w:type="spellStart"/>
            <w:r>
              <w:rPr>
                <w:sz w:val="19"/>
              </w:rPr>
              <w:t>oraz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penetracja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antybiotyków</w:t>
            </w:r>
            <w:proofErr w:type="spellEnd"/>
            <w:r>
              <w:rPr>
                <w:sz w:val="19"/>
              </w:rPr>
              <w:t xml:space="preserve"> do </w:t>
            </w:r>
            <w:proofErr w:type="spellStart"/>
            <w:r>
              <w:rPr>
                <w:sz w:val="19"/>
              </w:rPr>
              <w:t>płuc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Optymalizacja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dawkowania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Leczenie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empiryczne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celowane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deeskalacja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Dodatkowe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drogi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podawania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antybiotyków</w:t>
            </w:r>
            <w:proofErr w:type="spellEnd"/>
            <w:r>
              <w:rPr>
                <w:sz w:val="19"/>
              </w:rPr>
              <w:t xml:space="preserve">, w </w:t>
            </w:r>
            <w:proofErr w:type="spellStart"/>
            <w:r>
              <w:rPr>
                <w:sz w:val="19"/>
              </w:rPr>
              <w:t>tym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antybiotykoterapia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wziewna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Leczenie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wspomagające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Miejsce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kortykosteroidów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leczeniu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ciężkich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zapaleń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płuc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4A80F113" w14:textId="77777777" w:rsidTr="005C633B">
        <w:trPr>
          <w:jc w:val="center"/>
        </w:trPr>
        <w:tc>
          <w:tcPr>
            <w:tcW w:w="690" w:type="dxa"/>
          </w:tcPr>
          <w:p w14:paraId="183A4D8D" w14:textId="77777777" w:rsidR="005C633B" w:rsidRDefault="005C633B" w:rsidP="006D13ED">
            <w:pPr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4</w:t>
            </w:r>
          </w:p>
          <w:p w14:paraId="338B5BD5" w14:textId="0FBDD4AC" w:rsidR="005C633B" w:rsidRDefault="005C633B" w:rsidP="006D13ED">
            <w:pPr>
              <w:spacing w:after="40"/>
            </w:pPr>
            <w:r>
              <w:rPr>
                <w:sz w:val="19"/>
              </w:rPr>
              <w:t>(1,5h)</w:t>
            </w:r>
          </w:p>
        </w:tc>
        <w:tc>
          <w:tcPr>
            <w:tcW w:w="3061" w:type="dxa"/>
          </w:tcPr>
          <w:p w14:paraId="044ECFF3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Trudne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szczególne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układu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oddechowego</w:t>
            </w:r>
            <w:proofErr w:type="spellEnd"/>
          </w:p>
        </w:tc>
        <w:tc>
          <w:tcPr>
            <w:tcW w:w="6803" w:type="dxa"/>
          </w:tcPr>
          <w:p w14:paraId="5E8C6163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u </w:t>
            </w:r>
            <w:proofErr w:type="spellStart"/>
            <w:r>
              <w:rPr>
                <w:sz w:val="19"/>
              </w:rPr>
              <w:t>chorych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chorobami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autoimmunologicznymi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płuc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zapaleniami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naczyń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oraz</w:t>
            </w:r>
            <w:proofErr w:type="spellEnd"/>
            <w:r>
              <w:rPr>
                <w:sz w:val="19"/>
              </w:rPr>
              <w:t xml:space="preserve"> u </w:t>
            </w:r>
            <w:proofErr w:type="spellStart"/>
            <w:r>
              <w:rPr>
                <w:sz w:val="19"/>
              </w:rPr>
              <w:t>pacjentów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poddanych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immunosupresji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Różnicowanie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aktywnością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choroby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podstawowej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oportunistyczne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Gruźlica</w:t>
            </w:r>
            <w:proofErr w:type="spellEnd"/>
            <w:r>
              <w:rPr>
                <w:sz w:val="19"/>
              </w:rPr>
              <w:t xml:space="preserve"> – </w:t>
            </w:r>
            <w:proofErr w:type="spellStart"/>
            <w:r>
              <w:rPr>
                <w:sz w:val="19"/>
              </w:rPr>
              <w:t>kiedy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podejrzewać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diagnostyka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postępowania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Szczególne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etiologie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wirusowe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atypowe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181E4A9F" w14:textId="77777777" w:rsidTr="005C633B">
        <w:trPr>
          <w:jc w:val="center"/>
        </w:trPr>
        <w:tc>
          <w:tcPr>
            <w:tcW w:w="690" w:type="dxa"/>
          </w:tcPr>
          <w:p w14:paraId="1DDFEB7B" w14:textId="77777777" w:rsidR="005C633B" w:rsidRPr="005C633B" w:rsidRDefault="005C633B" w:rsidP="006D13ED">
            <w:pPr>
              <w:spacing w:after="40"/>
              <w:rPr>
                <w:b/>
                <w:color w:val="EE0000"/>
                <w:sz w:val="19"/>
              </w:rPr>
            </w:pPr>
            <w:r w:rsidRPr="005C633B">
              <w:rPr>
                <w:b/>
                <w:color w:val="EE0000"/>
                <w:sz w:val="19"/>
              </w:rPr>
              <w:t xml:space="preserve">5. </w:t>
            </w:r>
          </w:p>
          <w:p w14:paraId="6F7A5F74" w14:textId="585420FF" w:rsidR="005C633B" w:rsidRPr="005C633B" w:rsidRDefault="005C633B" w:rsidP="006D13ED">
            <w:pPr>
              <w:spacing w:after="40"/>
              <w:rPr>
                <w:bCs/>
                <w:color w:val="EE0000"/>
                <w:sz w:val="19"/>
              </w:rPr>
            </w:pPr>
            <w:r w:rsidRPr="005C633B">
              <w:rPr>
                <w:bCs/>
                <w:color w:val="EE0000"/>
                <w:sz w:val="19"/>
              </w:rPr>
              <w:t>(0.5h)</w:t>
            </w:r>
          </w:p>
        </w:tc>
        <w:tc>
          <w:tcPr>
            <w:tcW w:w="3061" w:type="dxa"/>
          </w:tcPr>
          <w:p w14:paraId="44ACE57E" w14:textId="06708DD6" w:rsidR="005C633B" w:rsidRPr="005C633B" w:rsidRDefault="005C633B" w:rsidP="006D13ED">
            <w:pPr>
              <w:spacing w:after="40"/>
              <w:rPr>
                <w:b/>
                <w:color w:val="EE0000"/>
                <w:sz w:val="19"/>
              </w:rPr>
            </w:pPr>
            <w:proofErr w:type="spellStart"/>
            <w:r w:rsidRPr="005C633B">
              <w:rPr>
                <w:b/>
                <w:color w:val="EE0000"/>
                <w:sz w:val="19"/>
              </w:rPr>
              <w:t>Wykład</w:t>
            </w:r>
            <w:proofErr w:type="spellEnd"/>
            <w:r w:rsidRPr="005C633B">
              <w:rPr>
                <w:b/>
                <w:color w:val="EE0000"/>
                <w:sz w:val="19"/>
              </w:rPr>
              <w:t xml:space="preserve"> </w:t>
            </w:r>
            <w:proofErr w:type="spellStart"/>
            <w:r w:rsidRPr="005C633B">
              <w:rPr>
                <w:b/>
                <w:color w:val="EE0000"/>
                <w:sz w:val="19"/>
              </w:rPr>
              <w:t>sponsorowany</w:t>
            </w:r>
            <w:proofErr w:type="spellEnd"/>
            <w:r w:rsidRPr="005C633B">
              <w:rPr>
                <w:b/>
                <w:color w:val="EE0000"/>
                <w:sz w:val="19"/>
              </w:rPr>
              <w:t xml:space="preserve"> </w:t>
            </w:r>
          </w:p>
        </w:tc>
        <w:tc>
          <w:tcPr>
            <w:tcW w:w="6803" w:type="dxa"/>
          </w:tcPr>
          <w:p w14:paraId="37ECF275" w14:textId="77777777" w:rsidR="005C633B" w:rsidRPr="005C633B" w:rsidRDefault="005C633B" w:rsidP="006D13ED">
            <w:pPr>
              <w:spacing w:after="40"/>
              <w:rPr>
                <w:color w:val="EE0000"/>
                <w:sz w:val="19"/>
              </w:rPr>
            </w:pPr>
          </w:p>
        </w:tc>
      </w:tr>
    </w:tbl>
    <w:p w14:paraId="0F1CA6F7" w14:textId="1F5B286A" w:rsidR="00436B06" w:rsidRDefault="00436B06">
      <w:pPr>
        <w:spacing w:before="120"/>
        <w:rPr>
          <w:lang w:val="en-AU"/>
        </w:rPr>
      </w:pPr>
    </w:p>
    <w:p w14:paraId="58E28066" w14:textId="77777777" w:rsidR="005C633B" w:rsidRDefault="005C633B" w:rsidP="005C633B">
      <w:pPr>
        <w:jc w:val="center"/>
        <w:rPr>
          <w:b/>
          <w:sz w:val="24"/>
        </w:rPr>
      </w:pPr>
    </w:p>
    <w:p w14:paraId="273C8C2A" w14:textId="77777777" w:rsidR="005C633B" w:rsidRDefault="005C633B" w:rsidP="005C633B">
      <w:pPr>
        <w:jc w:val="center"/>
        <w:rPr>
          <w:b/>
          <w:sz w:val="24"/>
        </w:rPr>
      </w:pPr>
    </w:p>
    <w:p w14:paraId="3D1B7CC2" w14:textId="77777777" w:rsidR="005C633B" w:rsidRDefault="005C633B" w:rsidP="005C633B">
      <w:pPr>
        <w:jc w:val="center"/>
        <w:rPr>
          <w:b/>
          <w:sz w:val="24"/>
        </w:rPr>
      </w:pPr>
    </w:p>
    <w:p w14:paraId="78517190" w14:textId="77777777" w:rsidR="005C633B" w:rsidRDefault="005C633B" w:rsidP="005C633B">
      <w:pPr>
        <w:jc w:val="center"/>
        <w:rPr>
          <w:b/>
          <w:sz w:val="24"/>
        </w:rPr>
      </w:pPr>
    </w:p>
    <w:p w14:paraId="01A50415" w14:textId="77777777" w:rsidR="005C633B" w:rsidRDefault="005C633B" w:rsidP="005C633B">
      <w:pPr>
        <w:jc w:val="center"/>
        <w:rPr>
          <w:b/>
          <w:sz w:val="24"/>
        </w:rPr>
      </w:pPr>
    </w:p>
    <w:p w14:paraId="62D50A44" w14:textId="77777777" w:rsidR="005C633B" w:rsidRDefault="005C633B" w:rsidP="005C633B">
      <w:pPr>
        <w:jc w:val="center"/>
        <w:rPr>
          <w:b/>
          <w:sz w:val="24"/>
        </w:rPr>
      </w:pPr>
    </w:p>
    <w:p w14:paraId="39CC224A" w14:textId="77777777" w:rsidR="005C633B" w:rsidRDefault="005C633B" w:rsidP="005C633B">
      <w:pPr>
        <w:jc w:val="center"/>
        <w:rPr>
          <w:b/>
          <w:sz w:val="24"/>
        </w:rPr>
      </w:pPr>
    </w:p>
    <w:p w14:paraId="76767A62" w14:textId="77777777" w:rsidR="005C633B" w:rsidRDefault="005C633B" w:rsidP="005C633B">
      <w:pPr>
        <w:jc w:val="center"/>
        <w:rPr>
          <w:b/>
          <w:sz w:val="24"/>
        </w:rPr>
      </w:pPr>
    </w:p>
    <w:p w14:paraId="0F270636" w14:textId="77777777" w:rsidR="005C633B" w:rsidRDefault="005C633B" w:rsidP="005C633B">
      <w:pPr>
        <w:jc w:val="center"/>
        <w:rPr>
          <w:b/>
          <w:sz w:val="24"/>
        </w:rPr>
      </w:pPr>
    </w:p>
    <w:p w14:paraId="39BA5DE5" w14:textId="77777777" w:rsidR="005C633B" w:rsidRDefault="005C633B" w:rsidP="005C633B">
      <w:pPr>
        <w:jc w:val="center"/>
        <w:rPr>
          <w:b/>
          <w:sz w:val="24"/>
        </w:rPr>
      </w:pPr>
    </w:p>
    <w:p w14:paraId="4982FD96" w14:textId="77777777" w:rsidR="005C633B" w:rsidRDefault="005C633B" w:rsidP="005C633B">
      <w:pPr>
        <w:jc w:val="center"/>
        <w:rPr>
          <w:b/>
          <w:sz w:val="24"/>
        </w:rPr>
      </w:pPr>
    </w:p>
    <w:p w14:paraId="6436E0FD" w14:textId="77777777" w:rsidR="005C633B" w:rsidRDefault="005C633B" w:rsidP="005C633B">
      <w:pPr>
        <w:jc w:val="center"/>
        <w:rPr>
          <w:b/>
          <w:sz w:val="24"/>
        </w:rPr>
      </w:pPr>
    </w:p>
    <w:p w14:paraId="4926CB38" w14:textId="414737DD" w:rsidR="005C633B" w:rsidRDefault="005C633B" w:rsidP="005C633B">
      <w:pPr>
        <w:jc w:val="center"/>
      </w:pPr>
      <w:proofErr w:type="spellStart"/>
      <w:r>
        <w:rPr>
          <w:b/>
          <w:sz w:val="24"/>
        </w:rPr>
        <w:t>Spotkanie</w:t>
      </w:r>
      <w:proofErr w:type="spellEnd"/>
      <w:r>
        <w:rPr>
          <w:b/>
          <w:sz w:val="24"/>
        </w:rPr>
        <w:t xml:space="preserve"> online 2 </w:t>
      </w:r>
    </w:p>
    <w:p w14:paraId="5284FA3E" w14:textId="61D52936" w:rsidR="005C633B" w:rsidRDefault="005C633B" w:rsidP="005C633B">
      <w:pPr>
        <w:jc w:val="center"/>
      </w:pPr>
      <w:r>
        <w:rPr>
          <w:b/>
          <w:sz w:val="26"/>
        </w:rPr>
        <w:t>13</w:t>
      </w:r>
      <w:r>
        <w:rPr>
          <w:b/>
          <w:sz w:val="26"/>
        </w:rPr>
        <w:t>.0</w:t>
      </w:r>
      <w:r>
        <w:rPr>
          <w:b/>
          <w:sz w:val="26"/>
        </w:rPr>
        <w:t>2</w:t>
      </w:r>
      <w:r>
        <w:rPr>
          <w:b/>
          <w:sz w:val="26"/>
        </w:rPr>
        <w:t xml:space="preserve">.2026 </w:t>
      </w:r>
      <w:proofErr w:type="spellStart"/>
      <w:r>
        <w:rPr>
          <w:b/>
          <w:sz w:val="26"/>
        </w:rPr>
        <w:t>godz</w:t>
      </w:r>
      <w:proofErr w:type="spellEnd"/>
      <w:r>
        <w:rPr>
          <w:b/>
          <w:sz w:val="26"/>
        </w:rPr>
        <w:t>. 9.00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2923"/>
        <w:gridCol w:w="6803"/>
      </w:tblGrid>
      <w:tr w:rsidR="005C633B" w14:paraId="03D2A6F7" w14:textId="77777777" w:rsidTr="006D13ED">
        <w:trPr>
          <w:jc w:val="center"/>
        </w:trPr>
        <w:tc>
          <w:tcPr>
            <w:tcW w:w="680" w:type="dxa"/>
            <w:shd w:val="clear" w:color="auto" w:fill="D9E2F3"/>
          </w:tcPr>
          <w:p w14:paraId="236D4D90" w14:textId="77777777" w:rsidR="005C633B" w:rsidRDefault="005C633B" w:rsidP="006D13ED">
            <w:r>
              <w:rPr>
                <w:b/>
              </w:rPr>
              <w:t>Blok</w:t>
            </w:r>
          </w:p>
        </w:tc>
        <w:tc>
          <w:tcPr>
            <w:tcW w:w="2948" w:type="dxa"/>
            <w:shd w:val="clear" w:color="auto" w:fill="D9E2F3"/>
          </w:tcPr>
          <w:p w14:paraId="33456368" w14:textId="77777777" w:rsidR="005C633B" w:rsidRDefault="005C633B" w:rsidP="006D13ED">
            <w:r>
              <w:rPr>
                <w:b/>
              </w:rPr>
              <w:t>Temat</w:t>
            </w:r>
          </w:p>
        </w:tc>
        <w:tc>
          <w:tcPr>
            <w:tcW w:w="6917" w:type="dxa"/>
            <w:shd w:val="clear" w:color="auto" w:fill="D9E2F3"/>
          </w:tcPr>
          <w:p w14:paraId="08035B4F" w14:textId="77777777" w:rsidR="005C633B" w:rsidRDefault="005C633B" w:rsidP="006D13ED">
            <w:proofErr w:type="spellStart"/>
            <w:r>
              <w:rPr>
                <w:b/>
              </w:rPr>
              <w:t>Zakres</w:t>
            </w:r>
            <w:proofErr w:type="spellEnd"/>
          </w:p>
        </w:tc>
      </w:tr>
      <w:tr w:rsidR="005C633B" w14:paraId="329F4355" w14:textId="77777777" w:rsidTr="006D13ED">
        <w:trPr>
          <w:jc w:val="center"/>
        </w:trPr>
        <w:tc>
          <w:tcPr>
            <w:tcW w:w="680" w:type="dxa"/>
          </w:tcPr>
          <w:p w14:paraId="50613014" w14:textId="77777777" w:rsidR="005C633B" w:rsidRDefault="005C633B" w:rsidP="006D13ED">
            <w:pPr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</w:p>
          <w:p w14:paraId="435C0D39" w14:textId="3B7E41D6" w:rsidR="005C633B" w:rsidRDefault="005C633B" w:rsidP="006D13ED">
            <w:pPr>
              <w:spacing w:after="40"/>
            </w:pPr>
            <w:r>
              <w:rPr>
                <w:sz w:val="19"/>
              </w:rPr>
              <w:t>(1,5h)</w:t>
            </w:r>
          </w:p>
        </w:tc>
        <w:tc>
          <w:tcPr>
            <w:tcW w:w="2948" w:type="dxa"/>
          </w:tcPr>
          <w:p w14:paraId="3D742617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Bakteriemia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związane</w:t>
            </w:r>
            <w:proofErr w:type="spellEnd"/>
            <w:r>
              <w:rPr>
                <w:b/>
                <w:sz w:val="19"/>
              </w:rPr>
              <w:t xml:space="preserve"> z </w:t>
            </w:r>
            <w:proofErr w:type="spellStart"/>
            <w:r>
              <w:rPr>
                <w:b/>
                <w:sz w:val="19"/>
              </w:rPr>
              <w:t>dostępem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naczyniowym</w:t>
            </w:r>
            <w:proofErr w:type="spellEnd"/>
          </w:p>
        </w:tc>
        <w:tc>
          <w:tcPr>
            <w:tcW w:w="6917" w:type="dxa"/>
          </w:tcPr>
          <w:p w14:paraId="2BE606CA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Kiedy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podejrzewać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bakteriemię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jak </w:t>
            </w:r>
            <w:proofErr w:type="spellStart"/>
            <w:r>
              <w:rPr>
                <w:sz w:val="19"/>
              </w:rPr>
              <w:t>ją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rozpoznać</w:t>
            </w:r>
            <w:proofErr w:type="spellEnd"/>
            <w:r>
              <w:rPr>
                <w:sz w:val="19"/>
              </w:rPr>
              <w:t xml:space="preserve">?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prawidłowego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pobierania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posiewów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krwi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najczęstsze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błędy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przedlaboratoryjne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Kontaminacja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czy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rzeczywista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bakteriemia</w:t>
            </w:r>
            <w:proofErr w:type="spellEnd"/>
            <w:r>
              <w:rPr>
                <w:sz w:val="19"/>
              </w:rPr>
              <w:t xml:space="preserve">? </w:t>
            </w:r>
            <w:proofErr w:type="spellStart"/>
            <w:r>
              <w:rPr>
                <w:sz w:val="19"/>
              </w:rPr>
              <w:t>Bakteriemia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pierwotna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wtórna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związane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cewnikami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naczyniowymi</w:t>
            </w:r>
            <w:proofErr w:type="spellEnd"/>
            <w:r>
              <w:rPr>
                <w:sz w:val="19"/>
              </w:rPr>
              <w:t xml:space="preserve"> – </w:t>
            </w:r>
            <w:proofErr w:type="spellStart"/>
            <w:r>
              <w:rPr>
                <w:sz w:val="19"/>
              </w:rPr>
              <w:t>rozpoznawanie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postępowanie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antybiotykoterapii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empirycznej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celowanej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Profilaktyka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związanych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dostępem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naczyniowym</w:t>
            </w:r>
            <w:proofErr w:type="spellEnd"/>
            <w:r>
              <w:rPr>
                <w:sz w:val="19"/>
              </w:rPr>
              <w:t xml:space="preserve"> – </w:t>
            </w:r>
            <w:proofErr w:type="spellStart"/>
            <w:r>
              <w:rPr>
                <w:sz w:val="19"/>
              </w:rPr>
              <w:t>zakładanie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pielęgnacja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wskazania</w:t>
            </w:r>
            <w:proofErr w:type="spellEnd"/>
            <w:r>
              <w:rPr>
                <w:sz w:val="19"/>
              </w:rPr>
              <w:t xml:space="preserve"> do </w:t>
            </w:r>
            <w:proofErr w:type="spellStart"/>
            <w:r>
              <w:rPr>
                <w:sz w:val="19"/>
              </w:rPr>
              <w:t>usunięcia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wkłucia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3D253C87" w14:textId="77777777" w:rsidTr="006D13ED">
        <w:trPr>
          <w:jc w:val="center"/>
        </w:trPr>
        <w:tc>
          <w:tcPr>
            <w:tcW w:w="680" w:type="dxa"/>
          </w:tcPr>
          <w:p w14:paraId="116BC2AF" w14:textId="77777777" w:rsidR="005C633B" w:rsidRDefault="005C633B" w:rsidP="006D13ED">
            <w:pPr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</w:p>
          <w:p w14:paraId="22E6E674" w14:textId="6E185D75" w:rsidR="005C633B" w:rsidRDefault="005C633B" w:rsidP="006D13ED">
            <w:pPr>
              <w:spacing w:after="40"/>
            </w:pPr>
            <w:r>
              <w:rPr>
                <w:sz w:val="19"/>
              </w:rPr>
              <w:t>(1,5h)</w:t>
            </w:r>
          </w:p>
        </w:tc>
        <w:tc>
          <w:tcPr>
            <w:tcW w:w="2948" w:type="dxa"/>
          </w:tcPr>
          <w:p w14:paraId="0F23AA10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wewnątrzbrzuszne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sepsa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brzuszna</w:t>
            </w:r>
            <w:proofErr w:type="spellEnd"/>
          </w:p>
        </w:tc>
        <w:tc>
          <w:tcPr>
            <w:tcW w:w="6917" w:type="dxa"/>
          </w:tcPr>
          <w:p w14:paraId="663FEAF2" w14:textId="77777777" w:rsidR="005C633B" w:rsidRDefault="005C633B" w:rsidP="006D13ED">
            <w:pPr>
              <w:spacing w:after="40"/>
            </w:pPr>
            <w:r>
              <w:rPr>
                <w:sz w:val="19"/>
              </w:rPr>
              <w:t xml:space="preserve">Jak </w:t>
            </w:r>
            <w:proofErr w:type="spellStart"/>
            <w:r>
              <w:rPr>
                <w:sz w:val="19"/>
              </w:rPr>
              <w:t>rozpoznać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wewnątrzbrzuszne</w:t>
            </w:r>
            <w:proofErr w:type="spellEnd"/>
            <w:r>
              <w:rPr>
                <w:sz w:val="19"/>
              </w:rPr>
              <w:t xml:space="preserve">? </w:t>
            </w:r>
            <w:proofErr w:type="spellStart"/>
            <w:r>
              <w:rPr>
                <w:sz w:val="19"/>
              </w:rPr>
              <w:t>Różnicowanie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niezakaźnymi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procesami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zapalnymi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obrębie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jamy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brzusznej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otrzewnej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pobierania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materiału</w:t>
            </w:r>
            <w:proofErr w:type="spellEnd"/>
            <w:r>
              <w:rPr>
                <w:sz w:val="19"/>
              </w:rPr>
              <w:t xml:space="preserve"> do </w:t>
            </w:r>
            <w:proofErr w:type="spellStart"/>
            <w:r>
              <w:rPr>
                <w:sz w:val="19"/>
              </w:rPr>
              <w:t>badań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mikrobiologicznych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Diagnostyka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obrazowa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mikrobiologiczna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Sepsa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punktem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wyjścia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jamy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brzusznej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Znaczenie</w:t>
            </w:r>
            <w:proofErr w:type="spellEnd"/>
            <w:r>
              <w:rPr>
                <w:sz w:val="19"/>
              </w:rPr>
              <w:t xml:space="preserve"> source control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moment </w:t>
            </w:r>
            <w:proofErr w:type="spellStart"/>
            <w:r>
              <w:rPr>
                <w:sz w:val="19"/>
              </w:rPr>
              <w:t>interwencji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empirycznej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celowanej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antybiotykoterapii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dobór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leków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czas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leczenia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5D4CEFF5" w14:textId="77777777" w:rsidTr="006D13ED">
        <w:trPr>
          <w:jc w:val="center"/>
        </w:trPr>
        <w:tc>
          <w:tcPr>
            <w:tcW w:w="680" w:type="dxa"/>
          </w:tcPr>
          <w:p w14:paraId="4B901D13" w14:textId="77777777" w:rsidR="005C633B" w:rsidRDefault="005C633B" w:rsidP="006D13ED">
            <w:pPr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</w:p>
          <w:p w14:paraId="588FCF1F" w14:textId="72B84CE6" w:rsidR="005C633B" w:rsidRDefault="005C633B" w:rsidP="006D13ED">
            <w:pPr>
              <w:spacing w:after="40"/>
            </w:pPr>
            <w:r>
              <w:rPr>
                <w:sz w:val="19"/>
              </w:rPr>
              <w:t>(1,5h)</w:t>
            </w:r>
          </w:p>
        </w:tc>
        <w:tc>
          <w:tcPr>
            <w:tcW w:w="2948" w:type="dxa"/>
          </w:tcPr>
          <w:p w14:paraId="2009CE6D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układu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moczowego</w:t>
            </w:r>
            <w:proofErr w:type="spellEnd"/>
            <w:r>
              <w:rPr>
                <w:b/>
                <w:sz w:val="19"/>
              </w:rPr>
              <w:t xml:space="preserve"> u </w:t>
            </w:r>
            <w:proofErr w:type="spellStart"/>
            <w:r>
              <w:rPr>
                <w:b/>
                <w:sz w:val="19"/>
              </w:rPr>
              <w:t>pacjenta</w:t>
            </w:r>
            <w:proofErr w:type="spellEnd"/>
            <w:r>
              <w:rPr>
                <w:b/>
                <w:sz w:val="19"/>
              </w:rPr>
              <w:t xml:space="preserve"> w </w:t>
            </w:r>
            <w:proofErr w:type="spellStart"/>
            <w:r>
              <w:rPr>
                <w:b/>
                <w:sz w:val="19"/>
              </w:rPr>
              <w:t>OAiIT</w:t>
            </w:r>
            <w:proofErr w:type="spellEnd"/>
          </w:p>
        </w:tc>
        <w:tc>
          <w:tcPr>
            <w:tcW w:w="6917" w:type="dxa"/>
          </w:tcPr>
          <w:p w14:paraId="3340F03C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Bakteriuria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kolonizacja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czy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zakażenie</w:t>
            </w:r>
            <w:proofErr w:type="spellEnd"/>
            <w:r>
              <w:rPr>
                <w:sz w:val="19"/>
              </w:rPr>
              <w:t xml:space="preserve">? Jak </w:t>
            </w:r>
            <w:proofErr w:type="spellStart"/>
            <w:r>
              <w:rPr>
                <w:sz w:val="19"/>
              </w:rPr>
              <w:t>prawidłowo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pobierać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interpretować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wyniki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posiewu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moczu</w:t>
            </w:r>
            <w:proofErr w:type="spellEnd"/>
            <w:r>
              <w:rPr>
                <w:sz w:val="19"/>
              </w:rPr>
              <w:t xml:space="preserve">?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związane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cewnikiem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moczowym</w:t>
            </w:r>
            <w:proofErr w:type="spellEnd"/>
            <w:r>
              <w:rPr>
                <w:sz w:val="19"/>
              </w:rPr>
              <w:t xml:space="preserve"> (CAUTI). </w:t>
            </w:r>
            <w:proofErr w:type="spellStart"/>
            <w:r>
              <w:rPr>
                <w:sz w:val="19"/>
              </w:rPr>
              <w:t>Różnicowanie</w:t>
            </w:r>
            <w:proofErr w:type="spellEnd"/>
            <w:r>
              <w:rPr>
                <w:sz w:val="19"/>
              </w:rPr>
              <w:t xml:space="preserve"> ZUM z </w:t>
            </w:r>
            <w:proofErr w:type="spellStart"/>
            <w:r>
              <w:rPr>
                <w:sz w:val="19"/>
              </w:rPr>
              <w:t>innymi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przyczynami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objawów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stanu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zapalnego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Powikłane</w:t>
            </w:r>
            <w:proofErr w:type="spellEnd"/>
            <w:r>
              <w:rPr>
                <w:sz w:val="19"/>
              </w:rPr>
              <w:t xml:space="preserve"> ZUM, </w:t>
            </w:r>
            <w:proofErr w:type="spellStart"/>
            <w:r>
              <w:rPr>
                <w:sz w:val="19"/>
              </w:rPr>
              <w:t>odmiedniczkowe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nerek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urosepsa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antybiotykoterapii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empirycznej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celowanej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Profilaktyka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związanych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cewnikowaniem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dróg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moczowych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332A26F2" w14:textId="77777777" w:rsidTr="006D13ED">
        <w:trPr>
          <w:jc w:val="center"/>
        </w:trPr>
        <w:tc>
          <w:tcPr>
            <w:tcW w:w="680" w:type="dxa"/>
          </w:tcPr>
          <w:p w14:paraId="7BAF3956" w14:textId="77777777" w:rsidR="005C633B" w:rsidRPr="005C633B" w:rsidRDefault="005C633B" w:rsidP="005C633B">
            <w:pPr>
              <w:spacing w:after="40"/>
              <w:rPr>
                <w:b/>
                <w:color w:val="EE0000"/>
                <w:sz w:val="19"/>
              </w:rPr>
            </w:pPr>
            <w:r w:rsidRPr="005C633B">
              <w:rPr>
                <w:b/>
                <w:color w:val="EE0000"/>
                <w:sz w:val="19"/>
              </w:rPr>
              <w:t xml:space="preserve">5. </w:t>
            </w:r>
          </w:p>
          <w:p w14:paraId="463F2C76" w14:textId="0C378C89" w:rsidR="005C633B" w:rsidRDefault="005C633B" w:rsidP="005C633B">
            <w:pPr>
              <w:spacing w:after="40"/>
              <w:rPr>
                <w:b/>
                <w:sz w:val="19"/>
              </w:rPr>
            </w:pPr>
            <w:r w:rsidRPr="005C633B">
              <w:rPr>
                <w:bCs/>
                <w:color w:val="EE0000"/>
                <w:sz w:val="19"/>
              </w:rPr>
              <w:t>(0.5h)</w:t>
            </w:r>
          </w:p>
        </w:tc>
        <w:tc>
          <w:tcPr>
            <w:tcW w:w="2948" w:type="dxa"/>
          </w:tcPr>
          <w:p w14:paraId="00998C47" w14:textId="4A1713A6" w:rsidR="005C633B" w:rsidRDefault="005C633B" w:rsidP="005C633B">
            <w:pPr>
              <w:spacing w:after="40"/>
              <w:rPr>
                <w:b/>
                <w:sz w:val="19"/>
              </w:rPr>
            </w:pPr>
            <w:proofErr w:type="spellStart"/>
            <w:r w:rsidRPr="005C633B">
              <w:rPr>
                <w:b/>
                <w:color w:val="EE0000"/>
                <w:sz w:val="19"/>
              </w:rPr>
              <w:t>Wykład</w:t>
            </w:r>
            <w:proofErr w:type="spellEnd"/>
            <w:r w:rsidRPr="005C633B">
              <w:rPr>
                <w:b/>
                <w:color w:val="EE0000"/>
                <w:sz w:val="19"/>
              </w:rPr>
              <w:t xml:space="preserve"> </w:t>
            </w:r>
            <w:proofErr w:type="spellStart"/>
            <w:r w:rsidRPr="005C633B">
              <w:rPr>
                <w:b/>
                <w:color w:val="EE0000"/>
                <w:sz w:val="19"/>
              </w:rPr>
              <w:t>sponsorowany</w:t>
            </w:r>
            <w:proofErr w:type="spellEnd"/>
            <w:r w:rsidRPr="005C633B">
              <w:rPr>
                <w:b/>
                <w:color w:val="EE0000"/>
                <w:sz w:val="19"/>
              </w:rPr>
              <w:t xml:space="preserve"> </w:t>
            </w:r>
          </w:p>
        </w:tc>
        <w:tc>
          <w:tcPr>
            <w:tcW w:w="6917" w:type="dxa"/>
          </w:tcPr>
          <w:p w14:paraId="1DA7385E" w14:textId="77777777" w:rsidR="005C633B" w:rsidRDefault="005C633B" w:rsidP="005C633B">
            <w:pPr>
              <w:spacing w:after="40"/>
              <w:rPr>
                <w:sz w:val="19"/>
              </w:rPr>
            </w:pPr>
          </w:p>
        </w:tc>
      </w:tr>
    </w:tbl>
    <w:p w14:paraId="117F9AF4" w14:textId="77777777" w:rsidR="005C633B" w:rsidRDefault="005C633B" w:rsidP="005C633B">
      <w:pPr>
        <w:jc w:val="center"/>
        <w:rPr>
          <w:b/>
          <w:sz w:val="32"/>
        </w:rPr>
      </w:pPr>
    </w:p>
    <w:p w14:paraId="41AB5238" w14:textId="77777777" w:rsidR="005C633B" w:rsidRDefault="005C633B" w:rsidP="005C633B">
      <w:pPr>
        <w:jc w:val="center"/>
        <w:rPr>
          <w:b/>
          <w:sz w:val="26"/>
        </w:rPr>
      </w:pPr>
    </w:p>
    <w:p w14:paraId="4EE22937" w14:textId="77777777" w:rsidR="005C633B" w:rsidRDefault="005C633B" w:rsidP="005C633B">
      <w:pPr>
        <w:jc w:val="center"/>
        <w:rPr>
          <w:b/>
          <w:sz w:val="26"/>
        </w:rPr>
      </w:pPr>
    </w:p>
    <w:p w14:paraId="13B4C357" w14:textId="77777777" w:rsidR="005C633B" w:rsidRDefault="005C633B" w:rsidP="005C633B">
      <w:pPr>
        <w:jc w:val="center"/>
        <w:rPr>
          <w:b/>
          <w:sz w:val="26"/>
        </w:rPr>
      </w:pPr>
    </w:p>
    <w:p w14:paraId="325858E7" w14:textId="77777777" w:rsidR="005C633B" w:rsidRDefault="005C633B" w:rsidP="005C633B">
      <w:pPr>
        <w:jc w:val="center"/>
        <w:rPr>
          <w:b/>
          <w:sz w:val="26"/>
        </w:rPr>
      </w:pPr>
    </w:p>
    <w:p w14:paraId="6C08DDF2" w14:textId="77777777" w:rsidR="005C633B" w:rsidRDefault="005C633B" w:rsidP="005C633B">
      <w:pPr>
        <w:jc w:val="center"/>
        <w:rPr>
          <w:b/>
          <w:sz w:val="26"/>
        </w:rPr>
      </w:pPr>
    </w:p>
    <w:p w14:paraId="08AA1491" w14:textId="77777777" w:rsidR="005C633B" w:rsidRDefault="005C633B" w:rsidP="005C633B">
      <w:pPr>
        <w:jc w:val="center"/>
        <w:rPr>
          <w:b/>
          <w:sz w:val="26"/>
        </w:rPr>
      </w:pPr>
    </w:p>
    <w:p w14:paraId="5CD7781B" w14:textId="77777777" w:rsidR="005C633B" w:rsidRDefault="005C633B" w:rsidP="005C633B">
      <w:pPr>
        <w:jc w:val="center"/>
        <w:rPr>
          <w:b/>
          <w:sz w:val="26"/>
        </w:rPr>
      </w:pPr>
    </w:p>
    <w:p w14:paraId="761FB78A" w14:textId="77777777" w:rsidR="005C633B" w:rsidRDefault="005C633B" w:rsidP="005C633B">
      <w:pPr>
        <w:jc w:val="center"/>
        <w:rPr>
          <w:b/>
          <w:sz w:val="26"/>
        </w:rPr>
      </w:pPr>
    </w:p>
    <w:p w14:paraId="259C377A" w14:textId="77777777" w:rsidR="005C633B" w:rsidRDefault="005C633B" w:rsidP="005C633B">
      <w:pPr>
        <w:jc w:val="center"/>
        <w:rPr>
          <w:b/>
          <w:sz w:val="26"/>
        </w:rPr>
      </w:pPr>
    </w:p>
    <w:p w14:paraId="77BF35F0" w14:textId="77777777" w:rsidR="005C633B" w:rsidRDefault="005C633B" w:rsidP="005C633B">
      <w:pPr>
        <w:jc w:val="center"/>
        <w:rPr>
          <w:b/>
          <w:sz w:val="26"/>
        </w:rPr>
      </w:pPr>
    </w:p>
    <w:p w14:paraId="785E8244" w14:textId="77777777" w:rsidR="005C633B" w:rsidRDefault="005C633B" w:rsidP="005C633B">
      <w:pPr>
        <w:jc w:val="center"/>
        <w:rPr>
          <w:b/>
          <w:sz w:val="26"/>
        </w:rPr>
      </w:pPr>
    </w:p>
    <w:p w14:paraId="278E7330" w14:textId="77777777" w:rsidR="005C633B" w:rsidRDefault="005C633B" w:rsidP="005C633B">
      <w:pPr>
        <w:jc w:val="center"/>
        <w:rPr>
          <w:b/>
          <w:sz w:val="26"/>
        </w:rPr>
      </w:pPr>
    </w:p>
    <w:p w14:paraId="1018F6EE" w14:textId="5CB85B2B" w:rsidR="005C633B" w:rsidRDefault="005C633B" w:rsidP="005C633B">
      <w:pPr>
        <w:jc w:val="center"/>
      </w:pPr>
      <w:proofErr w:type="spellStart"/>
      <w:r>
        <w:rPr>
          <w:b/>
          <w:sz w:val="26"/>
        </w:rPr>
        <w:t>Spotkanie</w:t>
      </w:r>
      <w:proofErr w:type="spellEnd"/>
      <w:r>
        <w:rPr>
          <w:b/>
          <w:sz w:val="26"/>
        </w:rPr>
        <w:t xml:space="preserve"> online 3</w:t>
      </w:r>
    </w:p>
    <w:p w14:paraId="28C5B2B9" w14:textId="35AD006E" w:rsidR="005C633B" w:rsidRDefault="005C633B" w:rsidP="005C633B">
      <w:pPr>
        <w:jc w:val="center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3030"/>
        <w:gridCol w:w="6696"/>
      </w:tblGrid>
      <w:tr w:rsidR="005C633B" w14:paraId="3F18D340" w14:textId="77777777" w:rsidTr="006D13ED">
        <w:trPr>
          <w:jc w:val="center"/>
        </w:trPr>
        <w:tc>
          <w:tcPr>
            <w:tcW w:w="680" w:type="dxa"/>
            <w:shd w:val="clear" w:color="auto" w:fill="D9E2F3"/>
          </w:tcPr>
          <w:p w14:paraId="436627C4" w14:textId="77777777" w:rsidR="005C633B" w:rsidRDefault="005C633B" w:rsidP="006D13ED">
            <w:r>
              <w:rPr>
                <w:b/>
              </w:rPr>
              <w:t>Blok</w:t>
            </w:r>
          </w:p>
        </w:tc>
        <w:tc>
          <w:tcPr>
            <w:tcW w:w="3061" w:type="dxa"/>
            <w:shd w:val="clear" w:color="auto" w:fill="D9E2F3"/>
          </w:tcPr>
          <w:p w14:paraId="41106BC3" w14:textId="77777777" w:rsidR="005C633B" w:rsidRDefault="005C633B" w:rsidP="006D13ED">
            <w:r>
              <w:rPr>
                <w:b/>
              </w:rPr>
              <w:t>Temat</w:t>
            </w:r>
          </w:p>
        </w:tc>
        <w:tc>
          <w:tcPr>
            <w:tcW w:w="6803" w:type="dxa"/>
            <w:shd w:val="clear" w:color="auto" w:fill="D9E2F3"/>
          </w:tcPr>
          <w:p w14:paraId="2E02DE59" w14:textId="77777777" w:rsidR="005C633B" w:rsidRDefault="005C633B" w:rsidP="006D13ED">
            <w:proofErr w:type="spellStart"/>
            <w:r>
              <w:rPr>
                <w:b/>
              </w:rPr>
              <w:t>Zakres</w:t>
            </w:r>
            <w:proofErr w:type="spellEnd"/>
          </w:p>
        </w:tc>
      </w:tr>
      <w:tr w:rsidR="005C633B" w14:paraId="1AC60D3B" w14:textId="77777777" w:rsidTr="006D13ED">
        <w:trPr>
          <w:jc w:val="center"/>
        </w:trPr>
        <w:tc>
          <w:tcPr>
            <w:tcW w:w="680" w:type="dxa"/>
          </w:tcPr>
          <w:p w14:paraId="366D0CB3" w14:textId="77777777" w:rsidR="005C633B" w:rsidRDefault="005C633B" w:rsidP="006D13ED">
            <w:pPr>
              <w:spacing w:after="40"/>
            </w:pPr>
            <w:r>
              <w:rPr>
                <w:b/>
                <w:sz w:val="19"/>
              </w:rPr>
              <w:t>1</w:t>
            </w:r>
          </w:p>
        </w:tc>
        <w:tc>
          <w:tcPr>
            <w:tcW w:w="3061" w:type="dxa"/>
          </w:tcPr>
          <w:p w14:paraId="108D0FB0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ośrodkowego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układu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nerwowego</w:t>
            </w:r>
            <w:proofErr w:type="spellEnd"/>
            <w:r>
              <w:rPr>
                <w:b/>
                <w:sz w:val="19"/>
              </w:rPr>
              <w:t xml:space="preserve">, </w:t>
            </w:r>
            <w:proofErr w:type="spellStart"/>
            <w:r>
              <w:rPr>
                <w:b/>
                <w:sz w:val="19"/>
              </w:rPr>
              <w:t>rdzenia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kręgosłupa</w:t>
            </w:r>
            <w:proofErr w:type="spellEnd"/>
          </w:p>
        </w:tc>
        <w:tc>
          <w:tcPr>
            <w:tcW w:w="6803" w:type="dxa"/>
          </w:tcPr>
          <w:p w14:paraId="0E9F928E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Bakteryjne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wirusowe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grzybicze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OUN. </w:t>
            </w:r>
            <w:proofErr w:type="spellStart"/>
            <w:r>
              <w:rPr>
                <w:sz w:val="19"/>
              </w:rPr>
              <w:t>Zapalenie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opon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mózgowo-rdzeniowych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mózgu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obrębie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rdzenia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kanału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kręgowego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ropień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nadtwardówkowy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oraz</w:t>
            </w:r>
            <w:proofErr w:type="spellEnd"/>
            <w:r>
              <w:rPr>
                <w:sz w:val="19"/>
              </w:rPr>
              <w:t xml:space="preserve"> spondylodiscitis.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diagnostyki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badań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obrazowych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pobierania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materiału</w:t>
            </w:r>
            <w:proofErr w:type="spellEnd"/>
            <w:r>
              <w:rPr>
                <w:sz w:val="19"/>
              </w:rPr>
              <w:t xml:space="preserve"> do </w:t>
            </w:r>
            <w:proofErr w:type="spellStart"/>
            <w:r>
              <w:rPr>
                <w:sz w:val="19"/>
              </w:rPr>
              <w:t>badań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mikrobiologicznych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molekularnych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Kiedy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rozpoczynać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leczenie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empiryczne</w:t>
            </w:r>
            <w:proofErr w:type="spellEnd"/>
            <w:r>
              <w:rPr>
                <w:sz w:val="19"/>
              </w:rPr>
              <w:t xml:space="preserve">? </w:t>
            </w:r>
            <w:proofErr w:type="spellStart"/>
            <w:r>
              <w:rPr>
                <w:sz w:val="19"/>
              </w:rPr>
              <w:t>Dobór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innych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leków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przeciwdrobnoustrojowych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uwzględnieniem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penetracji</w:t>
            </w:r>
            <w:proofErr w:type="spellEnd"/>
            <w:r>
              <w:rPr>
                <w:sz w:val="19"/>
              </w:rPr>
              <w:t xml:space="preserve"> do OUN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miejsca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Wskazania</w:t>
            </w:r>
            <w:proofErr w:type="spellEnd"/>
            <w:r>
              <w:rPr>
                <w:sz w:val="19"/>
              </w:rPr>
              <w:t xml:space="preserve"> do </w:t>
            </w:r>
            <w:proofErr w:type="spellStart"/>
            <w:r>
              <w:rPr>
                <w:sz w:val="19"/>
              </w:rPr>
              <w:t>leczenia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zabiegowego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248393FC" w14:textId="77777777" w:rsidTr="006D13ED">
        <w:trPr>
          <w:jc w:val="center"/>
        </w:trPr>
        <w:tc>
          <w:tcPr>
            <w:tcW w:w="680" w:type="dxa"/>
          </w:tcPr>
          <w:p w14:paraId="3AF65A63" w14:textId="77777777" w:rsidR="005C633B" w:rsidRDefault="005C633B" w:rsidP="006D13ED">
            <w:pPr>
              <w:spacing w:after="40"/>
            </w:pPr>
            <w:r>
              <w:rPr>
                <w:b/>
                <w:sz w:val="19"/>
              </w:rPr>
              <w:t>2</w:t>
            </w:r>
          </w:p>
        </w:tc>
        <w:tc>
          <w:tcPr>
            <w:tcW w:w="3061" w:type="dxa"/>
          </w:tcPr>
          <w:p w14:paraId="17F66C85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Ciężkie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skóry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tkanek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miękkich</w:t>
            </w:r>
            <w:proofErr w:type="spellEnd"/>
            <w:r>
              <w:rPr>
                <w:b/>
                <w:sz w:val="19"/>
              </w:rPr>
              <w:t xml:space="preserve"> o </w:t>
            </w:r>
            <w:proofErr w:type="spellStart"/>
            <w:r>
              <w:rPr>
                <w:b/>
                <w:sz w:val="19"/>
              </w:rPr>
              <w:t>piorunującym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przebiegu</w:t>
            </w:r>
            <w:proofErr w:type="spellEnd"/>
          </w:p>
        </w:tc>
        <w:tc>
          <w:tcPr>
            <w:tcW w:w="6803" w:type="dxa"/>
          </w:tcPr>
          <w:p w14:paraId="63ADFB03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Martwicze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tkanek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miękkich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martwicze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powięzi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Wczesne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rozpoznawanie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diagnostyka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różnicowa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pobierania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materiału</w:t>
            </w:r>
            <w:proofErr w:type="spellEnd"/>
            <w:r>
              <w:rPr>
                <w:sz w:val="19"/>
              </w:rPr>
              <w:t xml:space="preserve"> do </w:t>
            </w:r>
            <w:proofErr w:type="spellStart"/>
            <w:r>
              <w:rPr>
                <w:sz w:val="19"/>
              </w:rPr>
              <w:t>badań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mikrobiologicznych</w:t>
            </w:r>
            <w:proofErr w:type="spellEnd"/>
            <w:r>
              <w:rPr>
                <w:sz w:val="19"/>
              </w:rPr>
              <w:t xml:space="preserve">. Source control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znaczenie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pilnego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leczenia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chirurgicznego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Antybiotykoterapia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empiryczna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celowana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Postępowanie</w:t>
            </w:r>
            <w:proofErr w:type="spellEnd"/>
            <w:r>
              <w:rPr>
                <w:sz w:val="19"/>
              </w:rPr>
              <w:t xml:space="preserve"> u </w:t>
            </w:r>
            <w:proofErr w:type="spellStart"/>
            <w:r>
              <w:rPr>
                <w:sz w:val="19"/>
              </w:rPr>
              <w:t>chorego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sepsą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wstrząsem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septycznym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6AF74B86" w14:textId="77777777" w:rsidTr="006D13ED">
        <w:trPr>
          <w:jc w:val="center"/>
        </w:trPr>
        <w:tc>
          <w:tcPr>
            <w:tcW w:w="680" w:type="dxa"/>
          </w:tcPr>
          <w:p w14:paraId="66D0E19E" w14:textId="77777777" w:rsidR="005C633B" w:rsidRDefault="005C633B" w:rsidP="006D13ED">
            <w:pPr>
              <w:spacing w:after="40"/>
            </w:pPr>
            <w:r>
              <w:rPr>
                <w:b/>
                <w:sz w:val="19"/>
              </w:rPr>
              <w:t>3</w:t>
            </w:r>
          </w:p>
        </w:tc>
        <w:tc>
          <w:tcPr>
            <w:tcW w:w="3061" w:type="dxa"/>
          </w:tcPr>
          <w:p w14:paraId="766C57A4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u </w:t>
            </w:r>
            <w:proofErr w:type="spellStart"/>
            <w:r>
              <w:rPr>
                <w:b/>
                <w:sz w:val="19"/>
              </w:rPr>
              <w:t>chorego</w:t>
            </w:r>
            <w:proofErr w:type="spellEnd"/>
            <w:r>
              <w:rPr>
                <w:b/>
                <w:sz w:val="19"/>
              </w:rPr>
              <w:t xml:space="preserve"> z </w:t>
            </w:r>
            <w:proofErr w:type="spellStart"/>
            <w:r>
              <w:rPr>
                <w:b/>
                <w:sz w:val="19"/>
              </w:rPr>
              <w:t>urazem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wielonarządowym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wielomiejscowym</w:t>
            </w:r>
            <w:proofErr w:type="spellEnd"/>
          </w:p>
        </w:tc>
        <w:tc>
          <w:tcPr>
            <w:tcW w:w="6803" w:type="dxa"/>
          </w:tcPr>
          <w:p w14:paraId="356B2856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Specyfika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zakażeń</w:t>
            </w:r>
            <w:proofErr w:type="spellEnd"/>
            <w:r>
              <w:rPr>
                <w:sz w:val="19"/>
              </w:rPr>
              <w:t xml:space="preserve"> u </w:t>
            </w:r>
            <w:proofErr w:type="spellStart"/>
            <w:r>
              <w:rPr>
                <w:sz w:val="19"/>
              </w:rPr>
              <w:t>pacjentów</w:t>
            </w:r>
            <w:proofErr w:type="spellEnd"/>
            <w:r>
              <w:rPr>
                <w:sz w:val="19"/>
              </w:rPr>
              <w:t xml:space="preserve"> po </w:t>
            </w:r>
            <w:proofErr w:type="spellStart"/>
            <w:r>
              <w:rPr>
                <w:sz w:val="19"/>
              </w:rPr>
              <w:t>ciężkich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urazach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Różnicowanie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odpowiedzi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zapalnej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związanej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urazem</w:t>
            </w:r>
            <w:proofErr w:type="spellEnd"/>
            <w:r>
              <w:rPr>
                <w:sz w:val="19"/>
              </w:rPr>
              <w:t xml:space="preserve"> od </w:t>
            </w:r>
            <w:proofErr w:type="spellStart"/>
            <w:r>
              <w:rPr>
                <w:sz w:val="19"/>
              </w:rPr>
              <w:t>rozwijającego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się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Najczęstsze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źródła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zakażeń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czynniki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ryzyka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ran, </w:t>
            </w:r>
            <w:proofErr w:type="spellStart"/>
            <w:r>
              <w:rPr>
                <w:sz w:val="19"/>
              </w:rPr>
              <w:t>tkanek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miękkich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kości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materiałów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obcych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Diagnostyka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mikrobiologiczna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pobierania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materiału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Antybiotykoterapia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empiryczna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celowana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Profilaktyka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antybiotykowa</w:t>
            </w:r>
            <w:proofErr w:type="spellEnd"/>
            <w:r>
              <w:rPr>
                <w:sz w:val="19"/>
              </w:rPr>
              <w:t xml:space="preserve"> w </w:t>
            </w:r>
            <w:proofErr w:type="spellStart"/>
            <w:r>
              <w:rPr>
                <w:sz w:val="19"/>
              </w:rPr>
              <w:t>urazach</w:t>
            </w:r>
            <w:proofErr w:type="spellEnd"/>
            <w:r>
              <w:rPr>
                <w:sz w:val="19"/>
              </w:rPr>
              <w:t xml:space="preserve"> – </w:t>
            </w:r>
            <w:proofErr w:type="spellStart"/>
            <w:r>
              <w:rPr>
                <w:sz w:val="19"/>
              </w:rPr>
              <w:t>wskazania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zakres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czas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stosowania</w:t>
            </w:r>
            <w:proofErr w:type="spellEnd"/>
            <w:r>
              <w:rPr>
                <w:sz w:val="19"/>
              </w:rPr>
              <w:t>.</w:t>
            </w:r>
          </w:p>
        </w:tc>
      </w:tr>
      <w:tr w:rsidR="005C633B" w14:paraId="50278193" w14:textId="77777777" w:rsidTr="006D13ED">
        <w:trPr>
          <w:jc w:val="center"/>
        </w:trPr>
        <w:tc>
          <w:tcPr>
            <w:tcW w:w="680" w:type="dxa"/>
          </w:tcPr>
          <w:p w14:paraId="2C193D2E" w14:textId="77777777" w:rsidR="005C633B" w:rsidRDefault="005C633B" w:rsidP="006D13ED">
            <w:pPr>
              <w:spacing w:after="40"/>
            </w:pPr>
            <w:r>
              <w:rPr>
                <w:b/>
                <w:sz w:val="19"/>
              </w:rPr>
              <w:t>4</w:t>
            </w:r>
          </w:p>
        </w:tc>
        <w:tc>
          <w:tcPr>
            <w:tcW w:w="3061" w:type="dxa"/>
          </w:tcPr>
          <w:p w14:paraId="5F4CDDF5" w14:textId="77777777" w:rsidR="005C633B" w:rsidRDefault="005C633B" w:rsidP="006D13ED">
            <w:pPr>
              <w:spacing w:after="40"/>
            </w:pPr>
            <w:proofErr w:type="spellStart"/>
            <w:r>
              <w:rPr>
                <w:b/>
                <w:sz w:val="19"/>
              </w:rPr>
              <w:t>Gorączka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neutropeniczna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i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zakażenia</w:t>
            </w:r>
            <w:proofErr w:type="spellEnd"/>
            <w:r>
              <w:rPr>
                <w:b/>
                <w:sz w:val="19"/>
              </w:rPr>
              <w:t xml:space="preserve"> u </w:t>
            </w:r>
            <w:proofErr w:type="spellStart"/>
            <w:r>
              <w:rPr>
                <w:b/>
                <w:sz w:val="19"/>
              </w:rPr>
              <w:t>chorych</w:t>
            </w:r>
            <w:proofErr w:type="spellEnd"/>
            <w:r>
              <w:rPr>
                <w:b/>
                <w:sz w:val="19"/>
              </w:rPr>
              <w:t xml:space="preserve"> z </w:t>
            </w:r>
            <w:proofErr w:type="spellStart"/>
            <w:r>
              <w:rPr>
                <w:b/>
                <w:sz w:val="19"/>
              </w:rPr>
              <w:t>chorobą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nowotworową</w:t>
            </w:r>
            <w:proofErr w:type="spellEnd"/>
          </w:p>
        </w:tc>
        <w:tc>
          <w:tcPr>
            <w:tcW w:w="6803" w:type="dxa"/>
          </w:tcPr>
          <w:p w14:paraId="22EBEE73" w14:textId="77777777" w:rsidR="005C633B" w:rsidRDefault="005C633B" w:rsidP="006D13ED">
            <w:pPr>
              <w:spacing w:after="40"/>
            </w:pPr>
            <w:proofErr w:type="spellStart"/>
            <w:r>
              <w:rPr>
                <w:sz w:val="19"/>
              </w:rPr>
              <w:t>Diagnostyka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pacjenta</w:t>
            </w:r>
            <w:proofErr w:type="spellEnd"/>
            <w:r>
              <w:rPr>
                <w:sz w:val="19"/>
              </w:rPr>
              <w:t xml:space="preserve"> z </w:t>
            </w:r>
            <w:proofErr w:type="spellStart"/>
            <w:r>
              <w:rPr>
                <w:sz w:val="19"/>
              </w:rPr>
              <w:t>gorączką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neutropenią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Identyfikacja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źródła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pobierania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materiału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Ocena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ryzyka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ciężkiego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przebiegu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Zakażenia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bakteryjne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wirusowe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grzybicze</w:t>
            </w:r>
            <w:proofErr w:type="spellEnd"/>
            <w:r>
              <w:rPr>
                <w:sz w:val="19"/>
              </w:rPr>
              <w:t xml:space="preserve"> u </w:t>
            </w:r>
            <w:proofErr w:type="spellStart"/>
            <w:r>
              <w:rPr>
                <w:sz w:val="19"/>
              </w:rPr>
              <w:t>chorych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onkologicznych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immunosupresyjnych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Zasady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empirycznej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antybiotykoterapii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jej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modyfikacja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deeskalacja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Kiedy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podejrzewać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zakażenie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grzybicze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oraz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kiedy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rozszerzać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diagnostykę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leczenie</w:t>
            </w:r>
            <w:proofErr w:type="spellEnd"/>
            <w:r>
              <w:rPr>
                <w:sz w:val="19"/>
              </w:rPr>
              <w:t>?</w:t>
            </w:r>
          </w:p>
        </w:tc>
      </w:tr>
      <w:tr w:rsidR="005C633B" w14:paraId="1A60F01B" w14:textId="77777777" w:rsidTr="006D13ED">
        <w:trPr>
          <w:jc w:val="center"/>
        </w:trPr>
        <w:tc>
          <w:tcPr>
            <w:tcW w:w="680" w:type="dxa"/>
          </w:tcPr>
          <w:p w14:paraId="1C0FFB04" w14:textId="77777777" w:rsidR="005C633B" w:rsidRPr="005C633B" w:rsidRDefault="005C633B" w:rsidP="005C633B">
            <w:pPr>
              <w:spacing w:after="40"/>
              <w:rPr>
                <w:b/>
                <w:color w:val="EE0000"/>
                <w:sz w:val="19"/>
              </w:rPr>
            </w:pPr>
            <w:r w:rsidRPr="005C633B">
              <w:rPr>
                <w:b/>
                <w:color w:val="EE0000"/>
                <w:sz w:val="19"/>
              </w:rPr>
              <w:t xml:space="preserve">5. </w:t>
            </w:r>
          </w:p>
          <w:p w14:paraId="4E252343" w14:textId="2C1D8658" w:rsidR="005C633B" w:rsidRDefault="005C633B" w:rsidP="005C633B">
            <w:pPr>
              <w:spacing w:after="40"/>
              <w:rPr>
                <w:b/>
                <w:sz w:val="19"/>
              </w:rPr>
            </w:pPr>
            <w:r w:rsidRPr="005C633B">
              <w:rPr>
                <w:bCs/>
                <w:color w:val="EE0000"/>
                <w:sz w:val="19"/>
              </w:rPr>
              <w:t>(0.5h)</w:t>
            </w:r>
          </w:p>
        </w:tc>
        <w:tc>
          <w:tcPr>
            <w:tcW w:w="3061" w:type="dxa"/>
          </w:tcPr>
          <w:p w14:paraId="01C69B1C" w14:textId="03B7B929" w:rsidR="005C633B" w:rsidRDefault="005C633B" w:rsidP="005C633B">
            <w:pPr>
              <w:spacing w:after="40"/>
              <w:rPr>
                <w:b/>
                <w:sz w:val="19"/>
              </w:rPr>
            </w:pPr>
            <w:proofErr w:type="spellStart"/>
            <w:r w:rsidRPr="005C633B">
              <w:rPr>
                <w:b/>
                <w:color w:val="EE0000"/>
                <w:sz w:val="19"/>
              </w:rPr>
              <w:t>Wykład</w:t>
            </w:r>
            <w:proofErr w:type="spellEnd"/>
            <w:r w:rsidRPr="005C633B">
              <w:rPr>
                <w:b/>
                <w:color w:val="EE0000"/>
                <w:sz w:val="19"/>
              </w:rPr>
              <w:t xml:space="preserve"> </w:t>
            </w:r>
            <w:proofErr w:type="spellStart"/>
            <w:r w:rsidRPr="005C633B">
              <w:rPr>
                <w:b/>
                <w:color w:val="EE0000"/>
                <w:sz w:val="19"/>
              </w:rPr>
              <w:t>sponsorowany</w:t>
            </w:r>
            <w:proofErr w:type="spellEnd"/>
            <w:r w:rsidRPr="005C633B">
              <w:rPr>
                <w:b/>
                <w:color w:val="EE0000"/>
                <w:sz w:val="19"/>
              </w:rPr>
              <w:t xml:space="preserve"> </w:t>
            </w:r>
          </w:p>
        </w:tc>
        <w:tc>
          <w:tcPr>
            <w:tcW w:w="6803" w:type="dxa"/>
          </w:tcPr>
          <w:p w14:paraId="3B392583" w14:textId="77777777" w:rsidR="005C633B" w:rsidRDefault="005C633B" w:rsidP="005C633B">
            <w:pPr>
              <w:spacing w:after="40"/>
              <w:rPr>
                <w:sz w:val="19"/>
              </w:rPr>
            </w:pPr>
          </w:p>
        </w:tc>
      </w:tr>
    </w:tbl>
    <w:p w14:paraId="2FD9E347" w14:textId="77777777" w:rsidR="005C633B" w:rsidRDefault="005C633B">
      <w:pPr>
        <w:spacing w:before="120"/>
        <w:rPr>
          <w:lang w:val="en-AU"/>
        </w:rPr>
      </w:pPr>
    </w:p>
    <w:p w14:paraId="6193BCBA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79A0C25D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5C334B55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7AEBFC84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13A17879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335EC9B1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157F9E20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0769223A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6F58D084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0072B9AB" w14:textId="77777777" w:rsidR="00965972" w:rsidRDefault="00965972" w:rsidP="00E910CC">
      <w:pPr>
        <w:jc w:val="center"/>
        <w:rPr>
          <w:b/>
          <w:sz w:val="22"/>
          <w:lang w:val="en-AU"/>
        </w:rPr>
      </w:pPr>
    </w:p>
    <w:p w14:paraId="78D627B9" w14:textId="3D444E0A" w:rsidR="00E910CC" w:rsidRPr="005C633B" w:rsidRDefault="00E910CC" w:rsidP="00E910CC">
      <w:pPr>
        <w:jc w:val="center"/>
        <w:rPr>
          <w:lang w:val="en-AU"/>
        </w:rPr>
      </w:pPr>
      <w:proofErr w:type="spellStart"/>
      <w:r>
        <w:rPr>
          <w:b/>
          <w:sz w:val="22"/>
          <w:lang w:val="en-AU"/>
        </w:rPr>
        <w:lastRenderedPageBreak/>
        <w:t>Spotkanie</w:t>
      </w:r>
      <w:proofErr w:type="spellEnd"/>
      <w:r>
        <w:rPr>
          <w:b/>
          <w:sz w:val="22"/>
          <w:lang w:val="en-AU"/>
        </w:rPr>
        <w:t xml:space="preserve"> </w:t>
      </w:r>
      <w:proofErr w:type="spellStart"/>
      <w:r>
        <w:rPr>
          <w:b/>
          <w:sz w:val="22"/>
          <w:lang w:val="en-AU"/>
        </w:rPr>
        <w:t>stacjonarne</w:t>
      </w:r>
      <w:proofErr w:type="spellEnd"/>
      <w:r>
        <w:rPr>
          <w:b/>
          <w:sz w:val="22"/>
          <w:lang w:val="en-AU"/>
        </w:rPr>
        <w:t xml:space="preserve"> </w:t>
      </w:r>
      <w:r>
        <w:rPr>
          <w:b/>
          <w:sz w:val="22"/>
          <w:lang w:val="en-AU"/>
        </w:rPr>
        <w:t>2</w:t>
      </w:r>
      <w:r>
        <w:rPr>
          <w:b/>
          <w:sz w:val="22"/>
          <w:lang w:val="en-AU"/>
        </w:rPr>
        <w:t xml:space="preserve"> </w:t>
      </w:r>
    </w:p>
    <w:p w14:paraId="4B4A34BE" w14:textId="730DD1B8" w:rsidR="00E910CC" w:rsidRPr="00E910CC" w:rsidRDefault="00E910CC" w:rsidP="00E910CC">
      <w:pPr>
        <w:spacing w:before="120"/>
        <w:jc w:val="center"/>
        <w:rPr>
          <w:b/>
          <w:bCs/>
          <w:lang w:val="en-AU"/>
        </w:rPr>
      </w:pPr>
      <w:r w:rsidRPr="00E910CC">
        <w:rPr>
          <w:b/>
          <w:bCs/>
          <w:lang w:val="en-AU"/>
        </w:rPr>
        <w:t>17-18.04.2027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3029"/>
        <w:gridCol w:w="6697"/>
      </w:tblGrid>
      <w:tr w:rsidR="00E910CC" w14:paraId="196DD4DB" w14:textId="77777777" w:rsidTr="00E910CC">
        <w:trPr>
          <w:jc w:val="center"/>
        </w:trPr>
        <w:tc>
          <w:tcPr>
            <w:tcW w:w="677" w:type="dxa"/>
            <w:shd w:val="clear" w:color="auto" w:fill="D9E2F3"/>
          </w:tcPr>
          <w:p w14:paraId="3EA2E232" w14:textId="77777777" w:rsidR="00E910CC" w:rsidRDefault="00E910CC" w:rsidP="006D13ED">
            <w:r>
              <w:rPr>
                <w:b/>
              </w:rPr>
              <w:t>Blok</w:t>
            </w:r>
          </w:p>
        </w:tc>
        <w:tc>
          <w:tcPr>
            <w:tcW w:w="3032" w:type="dxa"/>
            <w:shd w:val="clear" w:color="auto" w:fill="D9E2F3"/>
          </w:tcPr>
          <w:p w14:paraId="09CC62CC" w14:textId="77777777" w:rsidR="00E910CC" w:rsidRDefault="00E910CC" w:rsidP="006D13ED">
            <w:r>
              <w:rPr>
                <w:b/>
              </w:rPr>
              <w:t>Temat</w:t>
            </w:r>
          </w:p>
        </w:tc>
        <w:tc>
          <w:tcPr>
            <w:tcW w:w="6707" w:type="dxa"/>
            <w:shd w:val="clear" w:color="auto" w:fill="D9E2F3"/>
          </w:tcPr>
          <w:p w14:paraId="00F6DC4B" w14:textId="77777777" w:rsidR="00E910CC" w:rsidRDefault="00E910CC" w:rsidP="006D13ED">
            <w:proofErr w:type="spellStart"/>
            <w:r>
              <w:rPr>
                <w:b/>
              </w:rPr>
              <w:t>Główne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zagadnienia</w:t>
            </w:r>
            <w:proofErr w:type="spellEnd"/>
          </w:p>
        </w:tc>
      </w:tr>
      <w:tr w:rsidR="00E910CC" w14:paraId="49B4192B" w14:textId="77777777" w:rsidTr="00E910CC">
        <w:trPr>
          <w:jc w:val="center"/>
        </w:trPr>
        <w:tc>
          <w:tcPr>
            <w:tcW w:w="677" w:type="dxa"/>
          </w:tcPr>
          <w:p w14:paraId="2C22BE40" w14:textId="77777777" w:rsidR="00E910CC" w:rsidRDefault="00E910CC" w:rsidP="006D13ED">
            <w:pPr>
              <w:spacing w:after="40"/>
              <w:rPr>
                <w:b/>
              </w:rPr>
            </w:pPr>
            <w:r>
              <w:rPr>
                <w:b/>
              </w:rPr>
              <w:t>1</w:t>
            </w:r>
          </w:p>
          <w:p w14:paraId="258BA476" w14:textId="562FDD89" w:rsidR="00E910CC" w:rsidRDefault="00E910CC" w:rsidP="006D13ED">
            <w:pPr>
              <w:spacing w:after="40"/>
            </w:pPr>
            <w:r>
              <w:rPr>
                <w:b/>
              </w:rPr>
              <w:t>(2h)</w:t>
            </w:r>
          </w:p>
        </w:tc>
        <w:tc>
          <w:tcPr>
            <w:tcW w:w="3032" w:type="dxa"/>
          </w:tcPr>
          <w:p w14:paraId="79310C1B" w14:textId="77777777" w:rsidR="00E910CC" w:rsidRDefault="00E910CC" w:rsidP="006D13ED">
            <w:pPr>
              <w:spacing w:after="40"/>
            </w:pPr>
            <w:proofErr w:type="spellStart"/>
            <w:r>
              <w:rPr>
                <w:b/>
              </w:rPr>
              <w:t>Trudne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zakażenia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wielolekooporne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bakterie</w:t>
            </w:r>
            <w:proofErr w:type="spellEnd"/>
            <w:r>
              <w:rPr>
                <w:b/>
              </w:rPr>
              <w:t xml:space="preserve"> Gram-</w:t>
            </w:r>
            <w:proofErr w:type="spellStart"/>
            <w:r>
              <w:rPr>
                <w:b/>
              </w:rPr>
              <w:t>ujemne</w:t>
            </w:r>
            <w:proofErr w:type="spellEnd"/>
          </w:p>
        </w:tc>
        <w:tc>
          <w:tcPr>
            <w:tcW w:w="6707" w:type="dxa"/>
          </w:tcPr>
          <w:p w14:paraId="69AA6A12" w14:textId="77777777" w:rsidR="00E910CC" w:rsidRDefault="00E910CC" w:rsidP="006D13ED">
            <w:pPr>
              <w:spacing w:after="40"/>
            </w:pPr>
            <w:proofErr w:type="spellStart"/>
            <w:r>
              <w:t>Mechanizmy</w:t>
            </w:r>
            <w:proofErr w:type="spellEnd"/>
            <w:r>
              <w:t xml:space="preserve"> </w:t>
            </w:r>
            <w:proofErr w:type="spellStart"/>
            <w:r>
              <w:t>oporności</w:t>
            </w:r>
            <w:proofErr w:type="spellEnd"/>
            <w:r>
              <w:t xml:space="preserve"> </w:t>
            </w:r>
            <w:proofErr w:type="spellStart"/>
            <w:r>
              <w:t>istotne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decyzji</w:t>
            </w:r>
            <w:proofErr w:type="spellEnd"/>
            <w:r>
              <w:t xml:space="preserve"> </w:t>
            </w:r>
            <w:proofErr w:type="spellStart"/>
            <w:r>
              <w:t>terapeutycznych</w:t>
            </w:r>
            <w:proofErr w:type="spellEnd"/>
            <w:r>
              <w:t xml:space="preserve">. </w:t>
            </w:r>
            <w:proofErr w:type="spellStart"/>
            <w:r>
              <w:t>Wielolekooporne</w:t>
            </w:r>
            <w:proofErr w:type="spellEnd"/>
            <w:r>
              <w:t xml:space="preserve"> </w:t>
            </w:r>
            <w:proofErr w:type="spellStart"/>
            <w:r>
              <w:t>Enterobacterales</w:t>
            </w:r>
            <w:proofErr w:type="spellEnd"/>
            <w:r>
              <w:t xml:space="preserve">, Pseudomonas aeruginosa </w:t>
            </w:r>
            <w:proofErr w:type="spellStart"/>
            <w:r>
              <w:t>i</w:t>
            </w:r>
            <w:proofErr w:type="spellEnd"/>
            <w:r>
              <w:t xml:space="preserve"> Acinetobacter baumannii. </w:t>
            </w:r>
            <w:proofErr w:type="spellStart"/>
            <w:r>
              <w:t>Interpretacja</w:t>
            </w:r>
            <w:proofErr w:type="spellEnd"/>
            <w:r>
              <w:t xml:space="preserve"> </w:t>
            </w:r>
            <w:proofErr w:type="spellStart"/>
            <w:r>
              <w:t>antybiogramu</w:t>
            </w:r>
            <w:proofErr w:type="spellEnd"/>
            <w:r>
              <w:t xml:space="preserve">. </w:t>
            </w:r>
            <w:proofErr w:type="spellStart"/>
            <w:r>
              <w:t>Wybór</w:t>
            </w:r>
            <w:proofErr w:type="spellEnd"/>
            <w:r>
              <w:t xml:space="preserve"> </w:t>
            </w:r>
            <w:proofErr w:type="spellStart"/>
            <w:r>
              <w:t>leczenia</w:t>
            </w:r>
            <w:proofErr w:type="spellEnd"/>
            <w:r>
              <w:t xml:space="preserve">. </w:t>
            </w:r>
            <w:proofErr w:type="spellStart"/>
            <w:r>
              <w:t>Monoterapia</w:t>
            </w:r>
            <w:proofErr w:type="spellEnd"/>
            <w:r>
              <w:t xml:space="preserve"> a </w:t>
            </w:r>
            <w:proofErr w:type="spellStart"/>
            <w:r>
              <w:t>terapia</w:t>
            </w:r>
            <w:proofErr w:type="spellEnd"/>
            <w:r>
              <w:t xml:space="preserve"> </w:t>
            </w:r>
            <w:proofErr w:type="spellStart"/>
            <w:r>
              <w:t>skojarzona</w:t>
            </w:r>
            <w:proofErr w:type="spellEnd"/>
            <w:r>
              <w:t xml:space="preserve">. Analiza </w:t>
            </w:r>
            <w:proofErr w:type="spellStart"/>
            <w:r>
              <w:t>trudnych</w:t>
            </w:r>
            <w:proofErr w:type="spellEnd"/>
            <w:r>
              <w:t xml:space="preserve"> </w:t>
            </w:r>
            <w:proofErr w:type="spellStart"/>
            <w:r>
              <w:t>przypadków</w:t>
            </w:r>
            <w:proofErr w:type="spellEnd"/>
            <w:r>
              <w:t xml:space="preserve"> </w:t>
            </w:r>
            <w:proofErr w:type="spellStart"/>
            <w:r>
              <w:t>klinicznych</w:t>
            </w:r>
            <w:proofErr w:type="spellEnd"/>
            <w:r>
              <w:t>.</w:t>
            </w:r>
          </w:p>
        </w:tc>
      </w:tr>
      <w:tr w:rsidR="00E910CC" w14:paraId="0D363807" w14:textId="77777777" w:rsidTr="00E910CC">
        <w:trPr>
          <w:jc w:val="center"/>
        </w:trPr>
        <w:tc>
          <w:tcPr>
            <w:tcW w:w="677" w:type="dxa"/>
          </w:tcPr>
          <w:p w14:paraId="75D544A3" w14:textId="77777777" w:rsidR="00E910CC" w:rsidRDefault="00E910CC" w:rsidP="006D13ED">
            <w:pPr>
              <w:spacing w:after="40"/>
              <w:rPr>
                <w:b/>
              </w:rPr>
            </w:pPr>
            <w:r>
              <w:rPr>
                <w:b/>
              </w:rPr>
              <w:t>2</w:t>
            </w:r>
          </w:p>
          <w:p w14:paraId="1D365E4A" w14:textId="11B70A91" w:rsidR="00E910CC" w:rsidRDefault="00E910CC" w:rsidP="006D13ED">
            <w:pPr>
              <w:spacing w:after="40"/>
            </w:pPr>
            <w:r>
              <w:rPr>
                <w:b/>
              </w:rPr>
              <w:t>(2h)</w:t>
            </w:r>
          </w:p>
        </w:tc>
        <w:tc>
          <w:tcPr>
            <w:tcW w:w="3032" w:type="dxa"/>
          </w:tcPr>
          <w:p w14:paraId="49CC044A" w14:textId="77777777" w:rsidR="00E910CC" w:rsidRDefault="00E910CC" w:rsidP="006D13ED">
            <w:pPr>
              <w:spacing w:after="40"/>
            </w:pPr>
            <w:proofErr w:type="spellStart"/>
            <w:r>
              <w:rPr>
                <w:b/>
              </w:rPr>
              <w:t>Trudne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zakażenia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wielolekooporne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bakterie</w:t>
            </w:r>
            <w:proofErr w:type="spellEnd"/>
            <w:r>
              <w:rPr>
                <w:b/>
              </w:rPr>
              <w:t xml:space="preserve"> Gram-</w:t>
            </w:r>
            <w:proofErr w:type="spellStart"/>
            <w:r>
              <w:rPr>
                <w:b/>
              </w:rPr>
              <w:t>dodatnie</w:t>
            </w:r>
            <w:proofErr w:type="spellEnd"/>
          </w:p>
        </w:tc>
        <w:tc>
          <w:tcPr>
            <w:tcW w:w="6707" w:type="dxa"/>
          </w:tcPr>
          <w:p w14:paraId="32CD68B2" w14:textId="77777777" w:rsidR="00E910CC" w:rsidRDefault="00E910CC" w:rsidP="006D13ED">
            <w:pPr>
              <w:spacing w:after="40"/>
            </w:pPr>
            <w:r>
              <w:t xml:space="preserve">MRSA, VRE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inne</w:t>
            </w:r>
            <w:proofErr w:type="spellEnd"/>
            <w:r>
              <w:t xml:space="preserve"> </w:t>
            </w:r>
            <w:proofErr w:type="spellStart"/>
            <w:r>
              <w:t>istotne</w:t>
            </w:r>
            <w:proofErr w:type="spellEnd"/>
            <w:r>
              <w:t xml:space="preserve"> </w:t>
            </w:r>
            <w:proofErr w:type="spellStart"/>
            <w:r>
              <w:t>klinicznie</w:t>
            </w:r>
            <w:proofErr w:type="spellEnd"/>
            <w:r>
              <w:t xml:space="preserve"> </w:t>
            </w:r>
            <w:proofErr w:type="spellStart"/>
            <w:r>
              <w:t>patogeny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mechanizmy</w:t>
            </w:r>
            <w:proofErr w:type="spellEnd"/>
            <w:r>
              <w:t xml:space="preserve"> </w:t>
            </w:r>
            <w:proofErr w:type="spellStart"/>
            <w:r>
              <w:t>oporności</w:t>
            </w:r>
            <w:proofErr w:type="spellEnd"/>
            <w:r>
              <w:t xml:space="preserve">. </w:t>
            </w:r>
            <w:proofErr w:type="spellStart"/>
            <w:r>
              <w:t>Dobór</w:t>
            </w:r>
            <w:proofErr w:type="spellEnd"/>
            <w:r>
              <w:t xml:space="preserve"> </w:t>
            </w:r>
            <w:proofErr w:type="spellStart"/>
            <w:r>
              <w:t>antybiotyku</w:t>
            </w:r>
            <w:proofErr w:type="spellEnd"/>
            <w:r>
              <w:t xml:space="preserve"> do </w:t>
            </w:r>
            <w:proofErr w:type="spellStart"/>
            <w:r>
              <w:t>miejsca</w:t>
            </w:r>
            <w:proofErr w:type="spellEnd"/>
            <w:r>
              <w:t xml:space="preserve"> </w:t>
            </w:r>
            <w:proofErr w:type="spellStart"/>
            <w:r>
              <w:t>zakażenia</w:t>
            </w:r>
            <w:proofErr w:type="spellEnd"/>
            <w:r>
              <w:t xml:space="preserve">. </w:t>
            </w:r>
            <w:proofErr w:type="spellStart"/>
            <w:r>
              <w:t>Znaczenie</w:t>
            </w:r>
            <w:proofErr w:type="spellEnd"/>
            <w:r>
              <w:t xml:space="preserve"> </w:t>
            </w:r>
            <w:proofErr w:type="spellStart"/>
            <w:r>
              <w:t>penetracji</w:t>
            </w:r>
            <w:proofErr w:type="spellEnd"/>
            <w:r>
              <w:t xml:space="preserve"> </w:t>
            </w:r>
            <w:proofErr w:type="spellStart"/>
            <w:r>
              <w:t>leku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optymalizacji</w:t>
            </w:r>
            <w:proofErr w:type="spellEnd"/>
            <w:r>
              <w:t xml:space="preserve"> </w:t>
            </w:r>
            <w:proofErr w:type="spellStart"/>
            <w:r>
              <w:t>terapii</w:t>
            </w:r>
            <w:proofErr w:type="spellEnd"/>
            <w:r>
              <w:t xml:space="preserve">. </w:t>
            </w:r>
            <w:proofErr w:type="spellStart"/>
            <w:r>
              <w:t>Postępowanie</w:t>
            </w:r>
            <w:proofErr w:type="spellEnd"/>
            <w:r>
              <w:t xml:space="preserve"> w </w:t>
            </w:r>
            <w:proofErr w:type="spellStart"/>
            <w:r>
              <w:t>przypadku</w:t>
            </w:r>
            <w:proofErr w:type="spellEnd"/>
            <w:r>
              <w:t xml:space="preserve"> </w:t>
            </w:r>
            <w:proofErr w:type="spellStart"/>
            <w:r>
              <w:t>niepowodzenia</w:t>
            </w:r>
            <w:proofErr w:type="spellEnd"/>
            <w:r>
              <w:t xml:space="preserve"> </w:t>
            </w:r>
            <w:proofErr w:type="spellStart"/>
            <w:r>
              <w:t>leczenia</w:t>
            </w:r>
            <w:proofErr w:type="spellEnd"/>
            <w:r>
              <w:t xml:space="preserve">. </w:t>
            </w:r>
            <w:proofErr w:type="spellStart"/>
            <w:r>
              <w:t>Dyskusja</w:t>
            </w:r>
            <w:proofErr w:type="spellEnd"/>
            <w:r>
              <w:t xml:space="preserve"> </w:t>
            </w:r>
            <w:proofErr w:type="spellStart"/>
            <w:r>
              <w:t>przypadków</w:t>
            </w:r>
            <w:proofErr w:type="spellEnd"/>
            <w:r>
              <w:t xml:space="preserve"> </w:t>
            </w:r>
            <w:proofErr w:type="spellStart"/>
            <w:r>
              <w:t>klinicznych</w:t>
            </w:r>
            <w:proofErr w:type="spellEnd"/>
            <w:r>
              <w:t>.</w:t>
            </w:r>
          </w:p>
        </w:tc>
      </w:tr>
      <w:tr w:rsidR="00E910CC" w14:paraId="2766CA30" w14:textId="77777777" w:rsidTr="00E910CC">
        <w:trPr>
          <w:jc w:val="center"/>
        </w:trPr>
        <w:tc>
          <w:tcPr>
            <w:tcW w:w="677" w:type="dxa"/>
          </w:tcPr>
          <w:p w14:paraId="163AA03C" w14:textId="77777777" w:rsidR="00E910CC" w:rsidRDefault="00E910CC" w:rsidP="006D13ED">
            <w:pPr>
              <w:spacing w:after="40"/>
              <w:rPr>
                <w:b/>
              </w:rPr>
            </w:pPr>
            <w:r>
              <w:rPr>
                <w:b/>
              </w:rPr>
              <w:t>3</w:t>
            </w:r>
          </w:p>
          <w:p w14:paraId="74102354" w14:textId="6221ECD8" w:rsidR="00E910CC" w:rsidRDefault="00E910CC" w:rsidP="006D13ED">
            <w:pPr>
              <w:spacing w:after="40"/>
            </w:pPr>
            <w:r>
              <w:rPr>
                <w:b/>
              </w:rPr>
              <w:t>(2h)</w:t>
            </w:r>
          </w:p>
        </w:tc>
        <w:tc>
          <w:tcPr>
            <w:tcW w:w="3032" w:type="dxa"/>
          </w:tcPr>
          <w:p w14:paraId="2A2855F6" w14:textId="77777777" w:rsidR="00E910CC" w:rsidRDefault="00E910CC" w:rsidP="006D13ED">
            <w:pPr>
              <w:spacing w:after="40"/>
            </w:pPr>
            <w:proofErr w:type="spellStart"/>
            <w:r>
              <w:rPr>
                <w:b/>
              </w:rPr>
              <w:t>Zakażenia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grzybicze</w:t>
            </w:r>
            <w:proofErr w:type="spellEnd"/>
            <w:r>
              <w:rPr>
                <w:b/>
              </w:rPr>
              <w:t xml:space="preserve"> u </w:t>
            </w:r>
            <w:proofErr w:type="spellStart"/>
            <w:r>
              <w:rPr>
                <w:b/>
              </w:rPr>
              <w:t>chorego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stanie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krytycznym</w:t>
            </w:r>
            <w:proofErr w:type="spellEnd"/>
          </w:p>
        </w:tc>
        <w:tc>
          <w:tcPr>
            <w:tcW w:w="6707" w:type="dxa"/>
          </w:tcPr>
          <w:p w14:paraId="68768F5D" w14:textId="77777777" w:rsidR="00E910CC" w:rsidRDefault="00E910CC" w:rsidP="006D13ED">
            <w:pPr>
              <w:spacing w:after="40"/>
            </w:pPr>
            <w:proofErr w:type="spellStart"/>
            <w:r>
              <w:t>Kiedy</w:t>
            </w:r>
            <w:proofErr w:type="spellEnd"/>
            <w:r>
              <w:t xml:space="preserve"> </w:t>
            </w:r>
            <w:proofErr w:type="spellStart"/>
            <w:r>
              <w:t>podejrzewać</w:t>
            </w:r>
            <w:proofErr w:type="spellEnd"/>
            <w:r>
              <w:t xml:space="preserve"> </w:t>
            </w:r>
            <w:proofErr w:type="spellStart"/>
            <w:r>
              <w:t>zakażenie</w:t>
            </w:r>
            <w:proofErr w:type="spellEnd"/>
            <w:r>
              <w:t xml:space="preserve"> </w:t>
            </w:r>
            <w:proofErr w:type="spellStart"/>
            <w:r>
              <w:t>grzybicze</w:t>
            </w:r>
            <w:proofErr w:type="spellEnd"/>
            <w:r>
              <w:t xml:space="preserve">? </w:t>
            </w:r>
            <w:proofErr w:type="spellStart"/>
            <w:r>
              <w:t>Czynniki</w:t>
            </w:r>
            <w:proofErr w:type="spellEnd"/>
            <w:r>
              <w:t xml:space="preserve"> </w:t>
            </w:r>
            <w:proofErr w:type="spellStart"/>
            <w:r>
              <w:t>ryzyka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diagnostyka</w:t>
            </w:r>
            <w:proofErr w:type="spellEnd"/>
            <w:r>
              <w:t xml:space="preserve">. Candida, Aspergillus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inne</w:t>
            </w:r>
            <w:proofErr w:type="spellEnd"/>
            <w:r>
              <w:t xml:space="preserve"> </w:t>
            </w:r>
            <w:proofErr w:type="spellStart"/>
            <w:r>
              <w:t>istotne</w:t>
            </w:r>
            <w:proofErr w:type="spellEnd"/>
            <w:r>
              <w:t xml:space="preserve"> </w:t>
            </w:r>
            <w:proofErr w:type="spellStart"/>
            <w:r>
              <w:t>patogeny</w:t>
            </w:r>
            <w:proofErr w:type="spellEnd"/>
            <w:r>
              <w:t xml:space="preserve">. </w:t>
            </w:r>
            <w:proofErr w:type="spellStart"/>
            <w:r>
              <w:t>Leczenie</w:t>
            </w:r>
            <w:proofErr w:type="spellEnd"/>
            <w:r>
              <w:t xml:space="preserve"> </w:t>
            </w:r>
            <w:proofErr w:type="spellStart"/>
            <w:r>
              <w:t>empiryczne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celowane</w:t>
            </w:r>
            <w:proofErr w:type="spellEnd"/>
            <w:r>
              <w:t xml:space="preserve">. </w:t>
            </w:r>
            <w:proofErr w:type="spellStart"/>
            <w:r>
              <w:t>Specyfika</w:t>
            </w:r>
            <w:proofErr w:type="spellEnd"/>
            <w:r>
              <w:t xml:space="preserve"> </w:t>
            </w:r>
            <w:proofErr w:type="spellStart"/>
            <w:r>
              <w:t>farmakoterapii</w:t>
            </w:r>
            <w:proofErr w:type="spellEnd"/>
            <w:r>
              <w:t xml:space="preserve"> </w:t>
            </w:r>
            <w:proofErr w:type="spellStart"/>
            <w:r>
              <w:t>przeciwgrzybiczej</w:t>
            </w:r>
            <w:proofErr w:type="spellEnd"/>
            <w:r>
              <w:t xml:space="preserve">: </w:t>
            </w:r>
            <w:proofErr w:type="spellStart"/>
            <w:r>
              <w:t>wybór</w:t>
            </w:r>
            <w:proofErr w:type="spellEnd"/>
            <w:r>
              <w:t xml:space="preserve"> </w:t>
            </w:r>
            <w:proofErr w:type="spellStart"/>
            <w:r>
              <w:t>leku</w:t>
            </w:r>
            <w:proofErr w:type="spellEnd"/>
            <w:r>
              <w:t xml:space="preserve">, </w:t>
            </w:r>
            <w:proofErr w:type="spellStart"/>
            <w:r>
              <w:t>dawkowanie</w:t>
            </w:r>
            <w:proofErr w:type="spellEnd"/>
            <w:r>
              <w:t xml:space="preserve">, </w:t>
            </w:r>
            <w:proofErr w:type="spellStart"/>
            <w:r>
              <w:t>interakcje</w:t>
            </w:r>
            <w:proofErr w:type="spellEnd"/>
            <w:r>
              <w:t xml:space="preserve">, </w:t>
            </w:r>
            <w:proofErr w:type="spellStart"/>
            <w:r>
              <w:t>toksyczność</w:t>
            </w:r>
            <w:proofErr w:type="spellEnd"/>
            <w:r>
              <w:t xml:space="preserve">, </w:t>
            </w:r>
            <w:proofErr w:type="spellStart"/>
            <w:r>
              <w:t>monitorowanie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penetracja</w:t>
            </w:r>
            <w:proofErr w:type="spellEnd"/>
            <w:r>
              <w:t xml:space="preserve"> do </w:t>
            </w:r>
            <w:proofErr w:type="spellStart"/>
            <w:r>
              <w:t>ogniska</w:t>
            </w:r>
            <w:proofErr w:type="spellEnd"/>
            <w:r>
              <w:t xml:space="preserve"> </w:t>
            </w:r>
            <w:proofErr w:type="spellStart"/>
            <w:r>
              <w:t>zakażenia</w:t>
            </w:r>
            <w:proofErr w:type="spellEnd"/>
            <w:r>
              <w:t xml:space="preserve">. Analiza </w:t>
            </w:r>
            <w:proofErr w:type="spellStart"/>
            <w:r>
              <w:t>przypadków</w:t>
            </w:r>
            <w:proofErr w:type="spellEnd"/>
            <w:r>
              <w:t xml:space="preserve"> </w:t>
            </w:r>
            <w:proofErr w:type="spellStart"/>
            <w:r>
              <w:t>klinicznych</w:t>
            </w:r>
            <w:proofErr w:type="spellEnd"/>
            <w:r>
              <w:t>.</w:t>
            </w:r>
          </w:p>
        </w:tc>
      </w:tr>
      <w:tr w:rsidR="00E910CC" w14:paraId="34D0F330" w14:textId="77777777" w:rsidTr="00E910CC">
        <w:trPr>
          <w:jc w:val="center"/>
        </w:trPr>
        <w:tc>
          <w:tcPr>
            <w:tcW w:w="677" w:type="dxa"/>
          </w:tcPr>
          <w:p w14:paraId="6054C299" w14:textId="77777777" w:rsidR="00E910CC" w:rsidRDefault="00E910CC" w:rsidP="006D13ED">
            <w:pPr>
              <w:spacing w:after="40"/>
              <w:rPr>
                <w:b/>
              </w:rPr>
            </w:pPr>
            <w:r>
              <w:rPr>
                <w:b/>
              </w:rPr>
              <w:t>4</w:t>
            </w:r>
          </w:p>
          <w:p w14:paraId="2D676064" w14:textId="2EBA4C96" w:rsidR="00E910CC" w:rsidRDefault="00E910CC" w:rsidP="006D13ED">
            <w:pPr>
              <w:spacing w:after="40"/>
            </w:pPr>
            <w:r>
              <w:rPr>
                <w:b/>
              </w:rPr>
              <w:t>(2h)</w:t>
            </w:r>
          </w:p>
        </w:tc>
        <w:tc>
          <w:tcPr>
            <w:tcW w:w="3032" w:type="dxa"/>
          </w:tcPr>
          <w:p w14:paraId="71E9A4B5" w14:textId="77777777" w:rsidR="00E910CC" w:rsidRDefault="00E910CC" w:rsidP="006D13ED">
            <w:pPr>
              <w:spacing w:after="40"/>
            </w:pPr>
            <w:r>
              <w:rPr>
                <w:b/>
              </w:rPr>
              <w:t xml:space="preserve">PK/PD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optymalizacja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antybiotykoterapii</w:t>
            </w:r>
            <w:proofErr w:type="spellEnd"/>
            <w:r>
              <w:rPr>
                <w:b/>
              </w:rPr>
              <w:t xml:space="preserve"> w </w:t>
            </w:r>
            <w:proofErr w:type="spellStart"/>
            <w:r>
              <w:rPr>
                <w:b/>
              </w:rPr>
              <w:t>praktyce</w:t>
            </w:r>
            <w:proofErr w:type="spellEnd"/>
          </w:p>
        </w:tc>
        <w:tc>
          <w:tcPr>
            <w:tcW w:w="6707" w:type="dxa"/>
          </w:tcPr>
          <w:p w14:paraId="2B609F6D" w14:textId="77777777" w:rsidR="00E910CC" w:rsidRDefault="00E910CC" w:rsidP="006D13ED">
            <w:pPr>
              <w:spacing w:after="40"/>
            </w:pPr>
            <w:proofErr w:type="spellStart"/>
            <w:r>
              <w:t>Powtórzenie</w:t>
            </w:r>
            <w:proofErr w:type="spellEnd"/>
            <w:r>
              <w:t xml:space="preserve"> </w:t>
            </w:r>
            <w:proofErr w:type="spellStart"/>
            <w:r>
              <w:t>zasad</w:t>
            </w:r>
            <w:proofErr w:type="spellEnd"/>
            <w:r>
              <w:t xml:space="preserve"> </w:t>
            </w:r>
            <w:proofErr w:type="spellStart"/>
            <w:r>
              <w:t>farmakokinetyki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farmakodynamiki</w:t>
            </w:r>
            <w:proofErr w:type="spellEnd"/>
            <w:r>
              <w:t xml:space="preserve">. </w:t>
            </w:r>
            <w:proofErr w:type="spellStart"/>
            <w:r>
              <w:t>Dobór</w:t>
            </w:r>
            <w:proofErr w:type="spellEnd"/>
            <w:r>
              <w:t xml:space="preserve"> </w:t>
            </w:r>
            <w:proofErr w:type="spellStart"/>
            <w:r>
              <w:t>antybiotyku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dawki</w:t>
            </w:r>
            <w:proofErr w:type="spellEnd"/>
            <w:r>
              <w:t xml:space="preserve">. </w:t>
            </w:r>
            <w:proofErr w:type="spellStart"/>
            <w:r>
              <w:t>Zasady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sposoby</w:t>
            </w:r>
            <w:proofErr w:type="spellEnd"/>
            <w:r>
              <w:t xml:space="preserve"> </w:t>
            </w:r>
            <w:proofErr w:type="spellStart"/>
            <w:r>
              <w:t>podaży</w:t>
            </w:r>
            <w:proofErr w:type="spellEnd"/>
            <w:r>
              <w:t xml:space="preserve"> </w:t>
            </w:r>
            <w:proofErr w:type="spellStart"/>
            <w:r>
              <w:t>leków</w:t>
            </w:r>
            <w:proofErr w:type="spellEnd"/>
            <w:r>
              <w:t xml:space="preserve">, w </w:t>
            </w:r>
            <w:proofErr w:type="spellStart"/>
            <w:r>
              <w:t>tym</w:t>
            </w:r>
            <w:proofErr w:type="spellEnd"/>
            <w:r>
              <w:t xml:space="preserve"> </w:t>
            </w:r>
            <w:proofErr w:type="spellStart"/>
            <w:r>
              <w:t>wlewy</w:t>
            </w:r>
            <w:proofErr w:type="spellEnd"/>
            <w:r>
              <w:t xml:space="preserve"> </w:t>
            </w:r>
            <w:proofErr w:type="spellStart"/>
            <w:r>
              <w:t>przedłużone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ciągłe</w:t>
            </w:r>
            <w:proofErr w:type="spellEnd"/>
            <w:r>
              <w:t xml:space="preserve">. </w:t>
            </w:r>
            <w:proofErr w:type="spellStart"/>
            <w:r>
              <w:t>Zmieniona</w:t>
            </w:r>
            <w:proofErr w:type="spellEnd"/>
            <w:r>
              <w:t xml:space="preserve"> </w:t>
            </w:r>
            <w:proofErr w:type="spellStart"/>
            <w:r>
              <w:t>farmakokinetyka</w:t>
            </w:r>
            <w:proofErr w:type="spellEnd"/>
            <w:r>
              <w:t xml:space="preserve"> u </w:t>
            </w:r>
            <w:proofErr w:type="spellStart"/>
            <w:r>
              <w:t>chorego</w:t>
            </w:r>
            <w:proofErr w:type="spellEnd"/>
            <w:r>
              <w:t xml:space="preserve"> w </w:t>
            </w:r>
            <w:proofErr w:type="spellStart"/>
            <w:r>
              <w:t>stanie</w:t>
            </w:r>
            <w:proofErr w:type="spellEnd"/>
            <w:r>
              <w:t xml:space="preserve"> </w:t>
            </w:r>
            <w:proofErr w:type="spellStart"/>
            <w:r>
              <w:t>krytycznym</w:t>
            </w:r>
            <w:proofErr w:type="spellEnd"/>
            <w:r>
              <w:t xml:space="preserve">. </w:t>
            </w:r>
            <w:proofErr w:type="spellStart"/>
            <w:r>
              <w:t>Niewydolność</w:t>
            </w:r>
            <w:proofErr w:type="spellEnd"/>
            <w:r>
              <w:t xml:space="preserve"> </w:t>
            </w:r>
            <w:proofErr w:type="spellStart"/>
            <w:r>
              <w:t>narządowa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terapie</w:t>
            </w:r>
            <w:proofErr w:type="spellEnd"/>
            <w:r>
              <w:t xml:space="preserve"> </w:t>
            </w:r>
            <w:proofErr w:type="spellStart"/>
            <w:r>
              <w:t>nerkozastępcze</w:t>
            </w:r>
            <w:proofErr w:type="spellEnd"/>
            <w:r>
              <w:t xml:space="preserve">. </w:t>
            </w:r>
            <w:proofErr w:type="spellStart"/>
            <w:r>
              <w:t>Optymalizacja</w:t>
            </w:r>
            <w:proofErr w:type="spellEnd"/>
            <w:r>
              <w:t xml:space="preserve"> </w:t>
            </w:r>
            <w:proofErr w:type="spellStart"/>
            <w:r>
              <w:t>leczenia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podstawie</w:t>
            </w:r>
            <w:proofErr w:type="spellEnd"/>
            <w:r>
              <w:t xml:space="preserve"> </w:t>
            </w:r>
            <w:proofErr w:type="spellStart"/>
            <w:r>
              <w:t>przypadków</w:t>
            </w:r>
            <w:proofErr w:type="spellEnd"/>
            <w:r>
              <w:t xml:space="preserve"> </w:t>
            </w:r>
            <w:proofErr w:type="spellStart"/>
            <w:r>
              <w:t>klinicznych</w:t>
            </w:r>
            <w:proofErr w:type="spellEnd"/>
            <w:r>
              <w:t>.</w:t>
            </w:r>
          </w:p>
        </w:tc>
      </w:tr>
      <w:tr w:rsidR="00E910CC" w14:paraId="18BDB5D4" w14:textId="77777777" w:rsidTr="00E910CC">
        <w:trPr>
          <w:jc w:val="center"/>
        </w:trPr>
        <w:tc>
          <w:tcPr>
            <w:tcW w:w="677" w:type="dxa"/>
          </w:tcPr>
          <w:p w14:paraId="22EE4862" w14:textId="77777777" w:rsidR="00E910CC" w:rsidRDefault="00E910CC" w:rsidP="006D13ED">
            <w:pPr>
              <w:spacing w:after="40"/>
              <w:rPr>
                <w:b/>
              </w:rPr>
            </w:pPr>
            <w:r>
              <w:rPr>
                <w:b/>
              </w:rPr>
              <w:t>5</w:t>
            </w:r>
          </w:p>
          <w:p w14:paraId="4F0E4311" w14:textId="2A5B90EC" w:rsidR="00E910CC" w:rsidRDefault="00E910CC" w:rsidP="006D13ED">
            <w:pPr>
              <w:spacing w:after="40"/>
            </w:pPr>
            <w:r>
              <w:rPr>
                <w:b/>
              </w:rPr>
              <w:t>(2h)</w:t>
            </w:r>
          </w:p>
        </w:tc>
        <w:tc>
          <w:tcPr>
            <w:tcW w:w="3032" w:type="dxa"/>
          </w:tcPr>
          <w:p w14:paraId="712FB9B7" w14:textId="77777777" w:rsidR="00E910CC" w:rsidRDefault="00E910CC" w:rsidP="006D13ED">
            <w:pPr>
              <w:spacing w:after="40"/>
            </w:pPr>
            <w:r>
              <w:rPr>
                <w:b/>
              </w:rPr>
              <w:t xml:space="preserve">TDM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penetracja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antybiotyków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miejsca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zakażenia</w:t>
            </w:r>
            <w:proofErr w:type="spellEnd"/>
          </w:p>
        </w:tc>
        <w:tc>
          <w:tcPr>
            <w:tcW w:w="6707" w:type="dxa"/>
          </w:tcPr>
          <w:p w14:paraId="4EF499D1" w14:textId="77777777" w:rsidR="00E910CC" w:rsidRDefault="00E910CC" w:rsidP="006D13ED">
            <w:pPr>
              <w:spacing w:after="40"/>
            </w:pPr>
            <w:proofErr w:type="spellStart"/>
            <w:r>
              <w:t>Zasady</w:t>
            </w:r>
            <w:proofErr w:type="spellEnd"/>
            <w:r>
              <w:t xml:space="preserve"> </w:t>
            </w:r>
            <w:proofErr w:type="spellStart"/>
            <w:r>
              <w:t>terapeutycznego</w:t>
            </w:r>
            <w:proofErr w:type="spellEnd"/>
            <w:r>
              <w:t xml:space="preserve"> </w:t>
            </w:r>
            <w:proofErr w:type="spellStart"/>
            <w:r>
              <w:t>monitorowania</w:t>
            </w:r>
            <w:proofErr w:type="spellEnd"/>
            <w:r>
              <w:t xml:space="preserve"> </w:t>
            </w:r>
            <w:proofErr w:type="spellStart"/>
            <w:r>
              <w:t>stężeń</w:t>
            </w:r>
            <w:proofErr w:type="spellEnd"/>
            <w:r>
              <w:t xml:space="preserve"> </w:t>
            </w:r>
            <w:proofErr w:type="spellStart"/>
            <w:r>
              <w:t>antybiotyków</w:t>
            </w:r>
            <w:proofErr w:type="spellEnd"/>
            <w:r>
              <w:t xml:space="preserve"> (TDM). </w:t>
            </w:r>
            <w:proofErr w:type="spellStart"/>
            <w:r>
              <w:t>Kiedy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jak </w:t>
            </w:r>
            <w:proofErr w:type="spellStart"/>
            <w:r>
              <w:t>monitorować</w:t>
            </w:r>
            <w:proofErr w:type="spellEnd"/>
            <w:r>
              <w:t xml:space="preserve"> </w:t>
            </w:r>
            <w:proofErr w:type="spellStart"/>
            <w:r>
              <w:t>stężenia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jak </w:t>
            </w:r>
            <w:proofErr w:type="spellStart"/>
            <w:r>
              <w:t>interpretować</w:t>
            </w:r>
            <w:proofErr w:type="spellEnd"/>
            <w:r>
              <w:t xml:space="preserve"> </w:t>
            </w:r>
            <w:proofErr w:type="spellStart"/>
            <w:r>
              <w:t>wyniki</w:t>
            </w:r>
            <w:proofErr w:type="spellEnd"/>
            <w:r>
              <w:t xml:space="preserve">. </w:t>
            </w:r>
            <w:proofErr w:type="spellStart"/>
            <w:r>
              <w:t>Penetracja</w:t>
            </w:r>
            <w:proofErr w:type="spellEnd"/>
            <w:r>
              <w:t xml:space="preserve"> </w:t>
            </w:r>
            <w:proofErr w:type="spellStart"/>
            <w:r>
              <w:t>antybiotyków</w:t>
            </w:r>
            <w:proofErr w:type="spellEnd"/>
            <w:r>
              <w:t xml:space="preserve"> do </w:t>
            </w:r>
            <w:proofErr w:type="spellStart"/>
            <w:r>
              <w:t>płuc</w:t>
            </w:r>
            <w:proofErr w:type="spellEnd"/>
            <w:r>
              <w:t xml:space="preserve">, OUN, </w:t>
            </w:r>
            <w:proofErr w:type="spellStart"/>
            <w:r>
              <w:t>jamy</w:t>
            </w:r>
            <w:proofErr w:type="spellEnd"/>
            <w:r>
              <w:t xml:space="preserve"> </w:t>
            </w:r>
            <w:proofErr w:type="spellStart"/>
            <w:r>
              <w:t>brzusznej</w:t>
            </w:r>
            <w:proofErr w:type="spellEnd"/>
            <w:r>
              <w:t xml:space="preserve">, </w:t>
            </w:r>
            <w:proofErr w:type="spellStart"/>
            <w:r>
              <w:t>układu</w:t>
            </w:r>
            <w:proofErr w:type="spellEnd"/>
            <w:r>
              <w:t xml:space="preserve"> </w:t>
            </w:r>
            <w:proofErr w:type="spellStart"/>
            <w:r>
              <w:t>moczowego</w:t>
            </w:r>
            <w:proofErr w:type="spellEnd"/>
            <w:r>
              <w:t xml:space="preserve">, </w:t>
            </w:r>
            <w:proofErr w:type="spellStart"/>
            <w:r>
              <w:t>kości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tkanek</w:t>
            </w:r>
            <w:proofErr w:type="spellEnd"/>
            <w:r>
              <w:t xml:space="preserve"> </w:t>
            </w:r>
            <w:proofErr w:type="spellStart"/>
            <w:r>
              <w:t>miękkich</w:t>
            </w:r>
            <w:proofErr w:type="spellEnd"/>
            <w:r>
              <w:t xml:space="preserve">. </w:t>
            </w:r>
            <w:proofErr w:type="spellStart"/>
            <w:r>
              <w:t>Modyfikacja</w:t>
            </w:r>
            <w:proofErr w:type="spellEnd"/>
            <w:r>
              <w:t xml:space="preserve"> </w:t>
            </w:r>
            <w:proofErr w:type="spellStart"/>
            <w:r>
              <w:t>dawkowania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podstawie</w:t>
            </w:r>
            <w:proofErr w:type="spellEnd"/>
            <w:r>
              <w:t xml:space="preserve"> </w:t>
            </w:r>
            <w:proofErr w:type="spellStart"/>
            <w:r>
              <w:t>parametrów</w:t>
            </w:r>
            <w:proofErr w:type="spellEnd"/>
            <w:r>
              <w:t xml:space="preserve"> PK/PD, TDM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lokalizacji</w:t>
            </w:r>
            <w:proofErr w:type="spellEnd"/>
            <w:r>
              <w:t xml:space="preserve"> </w:t>
            </w:r>
            <w:proofErr w:type="spellStart"/>
            <w:r>
              <w:t>zakażenia</w:t>
            </w:r>
            <w:proofErr w:type="spellEnd"/>
            <w:r>
              <w:t xml:space="preserve">. Analiza </w:t>
            </w:r>
            <w:proofErr w:type="spellStart"/>
            <w:r>
              <w:t>przypadków</w:t>
            </w:r>
            <w:proofErr w:type="spellEnd"/>
            <w:r>
              <w:t>.</w:t>
            </w:r>
          </w:p>
        </w:tc>
      </w:tr>
      <w:tr w:rsidR="00E910CC" w14:paraId="3E92B6D7" w14:textId="77777777" w:rsidTr="00E910CC">
        <w:trPr>
          <w:jc w:val="center"/>
        </w:trPr>
        <w:tc>
          <w:tcPr>
            <w:tcW w:w="677" w:type="dxa"/>
          </w:tcPr>
          <w:p w14:paraId="6EC2C70C" w14:textId="77777777" w:rsidR="00E910CC" w:rsidRDefault="00E910CC" w:rsidP="006D13ED">
            <w:pPr>
              <w:spacing w:after="40"/>
              <w:rPr>
                <w:b/>
              </w:rPr>
            </w:pPr>
            <w:r>
              <w:rPr>
                <w:b/>
              </w:rPr>
              <w:t>6</w:t>
            </w:r>
          </w:p>
          <w:p w14:paraId="40F543C2" w14:textId="415B02CF" w:rsidR="00E910CC" w:rsidRDefault="00E910CC" w:rsidP="006D13ED">
            <w:pPr>
              <w:spacing w:after="40"/>
            </w:pPr>
            <w:r>
              <w:rPr>
                <w:b/>
              </w:rPr>
              <w:t>(2h)</w:t>
            </w:r>
          </w:p>
        </w:tc>
        <w:tc>
          <w:tcPr>
            <w:tcW w:w="3032" w:type="dxa"/>
          </w:tcPr>
          <w:p w14:paraId="1C3536BB" w14:textId="77777777" w:rsidR="00E910CC" w:rsidRDefault="00E910CC" w:rsidP="006D13ED">
            <w:pPr>
              <w:spacing w:after="40"/>
            </w:pPr>
            <w:proofErr w:type="spellStart"/>
            <w:r>
              <w:rPr>
                <w:b/>
              </w:rPr>
              <w:t>Końcowe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wnioski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trudne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przypadki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kliniczne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podsumowanie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kursu</w:t>
            </w:r>
            <w:proofErr w:type="spellEnd"/>
          </w:p>
        </w:tc>
        <w:tc>
          <w:tcPr>
            <w:tcW w:w="6707" w:type="dxa"/>
          </w:tcPr>
          <w:p w14:paraId="408161D3" w14:textId="77777777" w:rsidR="00E910CC" w:rsidRDefault="00E910CC" w:rsidP="006D13ED">
            <w:pPr>
              <w:spacing w:after="40"/>
            </w:pPr>
            <w:proofErr w:type="spellStart"/>
            <w:r>
              <w:t>Kompleksowe</w:t>
            </w:r>
            <w:proofErr w:type="spellEnd"/>
            <w:r>
              <w:t xml:space="preserve"> </w:t>
            </w:r>
            <w:proofErr w:type="spellStart"/>
            <w:r>
              <w:t>przypadki</w:t>
            </w:r>
            <w:proofErr w:type="spellEnd"/>
            <w:r>
              <w:t xml:space="preserve"> </w:t>
            </w:r>
            <w:proofErr w:type="spellStart"/>
            <w:r>
              <w:t>integrujące</w:t>
            </w:r>
            <w:proofErr w:type="spellEnd"/>
            <w:r>
              <w:t xml:space="preserve"> </w:t>
            </w:r>
            <w:proofErr w:type="spellStart"/>
            <w:r>
              <w:t>diagnostykę</w:t>
            </w:r>
            <w:proofErr w:type="spellEnd"/>
            <w:r>
              <w:t xml:space="preserve"> </w:t>
            </w:r>
            <w:proofErr w:type="spellStart"/>
            <w:r>
              <w:t>mikrobiologiczną</w:t>
            </w:r>
            <w:proofErr w:type="spellEnd"/>
            <w:r>
              <w:t xml:space="preserve">, </w:t>
            </w:r>
            <w:proofErr w:type="spellStart"/>
            <w:r>
              <w:t>interpretację</w:t>
            </w:r>
            <w:proofErr w:type="spellEnd"/>
            <w:r>
              <w:t xml:space="preserve"> </w:t>
            </w:r>
            <w:proofErr w:type="spellStart"/>
            <w:r>
              <w:t>antybiogramu</w:t>
            </w:r>
            <w:proofErr w:type="spellEnd"/>
            <w:r>
              <w:t xml:space="preserve">, source control, </w:t>
            </w:r>
            <w:proofErr w:type="spellStart"/>
            <w:r>
              <w:t>wybór leczenia przeciwdrobnoustrojowego</w:t>
            </w:r>
            <w:proofErr w:type="spellEnd"/>
            <w:r>
              <w:t xml:space="preserve">, PK/PD, TDM, </w:t>
            </w:r>
            <w:proofErr w:type="spellStart"/>
            <w:r>
              <w:t>penetrację</w:t>
            </w:r>
            <w:proofErr w:type="spellEnd"/>
            <w:r>
              <w:t xml:space="preserve"> do </w:t>
            </w:r>
            <w:proofErr w:type="spellStart"/>
            <w:r>
              <w:t>ogniska</w:t>
            </w:r>
            <w:proofErr w:type="spellEnd"/>
            <w:r>
              <w:t xml:space="preserve"> </w:t>
            </w:r>
            <w:proofErr w:type="spellStart"/>
            <w:r>
              <w:t>zakażenia</w:t>
            </w:r>
            <w:proofErr w:type="spellEnd"/>
            <w:r>
              <w:t xml:space="preserve"> </w:t>
            </w:r>
            <w:proofErr w:type="spellStart"/>
            <w:r>
              <w:t>oraz</w:t>
            </w:r>
            <w:proofErr w:type="spellEnd"/>
            <w:r>
              <w:t xml:space="preserve"> </w:t>
            </w:r>
            <w:proofErr w:type="spellStart"/>
            <w:r>
              <w:t>zasady</w:t>
            </w:r>
            <w:proofErr w:type="spellEnd"/>
            <w:r>
              <w:t xml:space="preserve"> </w:t>
            </w:r>
            <w:proofErr w:type="spellStart"/>
            <w:r>
              <w:t>eskalacji</w:t>
            </w:r>
            <w:proofErr w:type="spellEnd"/>
            <w:r>
              <w:t xml:space="preserve">, </w:t>
            </w:r>
            <w:proofErr w:type="spellStart"/>
            <w:r>
              <w:t>modyfikacji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deeskalacji</w:t>
            </w:r>
            <w:proofErr w:type="spellEnd"/>
            <w:r>
              <w:t xml:space="preserve"> </w:t>
            </w:r>
            <w:proofErr w:type="spellStart"/>
            <w:r>
              <w:t>terapii</w:t>
            </w:r>
            <w:proofErr w:type="spellEnd"/>
            <w:r>
              <w:t xml:space="preserve">. </w:t>
            </w:r>
            <w:proofErr w:type="spellStart"/>
            <w:r>
              <w:t>Najważniejsze</w:t>
            </w:r>
            <w:proofErr w:type="spellEnd"/>
            <w:r>
              <w:t xml:space="preserve"> </w:t>
            </w:r>
            <w:proofErr w:type="spellStart"/>
            <w:r>
              <w:t>praktyczne</w:t>
            </w:r>
            <w:proofErr w:type="spellEnd"/>
            <w:r>
              <w:t xml:space="preserve"> </w:t>
            </w:r>
            <w:proofErr w:type="spellStart"/>
            <w:r>
              <w:t>wnioski</w:t>
            </w:r>
            <w:proofErr w:type="spellEnd"/>
            <w:r>
              <w:t xml:space="preserve"> z </w:t>
            </w:r>
            <w:proofErr w:type="spellStart"/>
            <w:r>
              <w:t>całego</w:t>
            </w:r>
            <w:proofErr w:type="spellEnd"/>
            <w:r>
              <w:t xml:space="preserve"> </w:t>
            </w:r>
            <w:proofErr w:type="spellStart"/>
            <w:r>
              <w:t>kursu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wspólna</w:t>
            </w:r>
            <w:proofErr w:type="spellEnd"/>
            <w:r>
              <w:t xml:space="preserve"> </w:t>
            </w:r>
            <w:proofErr w:type="spellStart"/>
            <w:r>
              <w:t>dyskusja</w:t>
            </w:r>
            <w:proofErr w:type="spellEnd"/>
            <w:r>
              <w:t>.</w:t>
            </w:r>
          </w:p>
        </w:tc>
      </w:tr>
      <w:tr w:rsidR="00E910CC" w14:paraId="73E4A3F4" w14:textId="77777777" w:rsidTr="00E910CC">
        <w:trPr>
          <w:jc w:val="center"/>
        </w:trPr>
        <w:tc>
          <w:tcPr>
            <w:tcW w:w="677" w:type="dxa"/>
          </w:tcPr>
          <w:p w14:paraId="25F610B8" w14:textId="52BD6D7D" w:rsidR="00E910CC" w:rsidRPr="005C633B" w:rsidRDefault="00E910CC" w:rsidP="00E910CC">
            <w:pPr>
              <w:spacing w:after="40"/>
              <w:rPr>
                <w:b/>
                <w:color w:val="EE0000"/>
                <w:sz w:val="19"/>
              </w:rPr>
            </w:pPr>
            <w:r>
              <w:rPr>
                <w:b/>
                <w:color w:val="EE0000"/>
                <w:sz w:val="19"/>
              </w:rPr>
              <w:t>7</w:t>
            </w:r>
            <w:r w:rsidRPr="005C633B">
              <w:rPr>
                <w:b/>
                <w:color w:val="EE0000"/>
                <w:sz w:val="19"/>
              </w:rPr>
              <w:t xml:space="preserve">. </w:t>
            </w:r>
          </w:p>
          <w:p w14:paraId="0CF94A3B" w14:textId="6BEC28E6" w:rsidR="00E910CC" w:rsidRPr="00E910CC" w:rsidRDefault="00E910CC" w:rsidP="00E910CC">
            <w:pPr>
              <w:spacing w:after="40"/>
              <w:rPr>
                <w:bCs/>
              </w:rPr>
            </w:pPr>
            <w:r w:rsidRPr="005C633B">
              <w:rPr>
                <w:bCs/>
                <w:color w:val="EE0000"/>
                <w:sz w:val="19"/>
              </w:rPr>
              <w:t>(0.5h)</w:t>
            </w:r>
          </w:p>
        </w:tc>
        <w:tc>
          <w:tcPr>
            <w:tcW w:w="3032" w:type="dxa"/>
          </w:tcPr>
          <w:p w14:paraId="52A16963" w14:textId="5DE9F963" w:rsidR="00E910CC" w:rsidRDefault="00E910CC" w:rsidP="00E910CC">
            <w:pPr>
              <w:spacing w:after="40"/>
              <w:rPr>
                <w:b/>
              </w:rPr>
            </w:pPr>
            <w:proofErr w:type="spellStart"/>
            <w:r w:rsidRPr="005C633B">
              <w:rPr>
                <w:b/>
                <w:color w:val="EE0000"/>
                <w:sz w:val="19"/>
              </w:rPr>
              <w:t>Wykład</w:t>
            </w:r>
            <w:proofErr w:type="spellEnd"/>
            <w:r w:rsidRPr="005C633B">
              <w:rPr>
                <w:b/>
                <w:color w:val="EE0000"/>
                <w:sz w:val="19"/>
              </w:rPr>
              <w:t xml:space="preserve"> </w:t>
            </w:r>
            <w:proofErr w:type="spellStart"/>
            <w:r w:rsidRPr="005C633B">
              <w:rPr>
                <w:b/>
                <w:color w:val="EE0000"/>
                <w:sz w:val="19"/>
              </w:rPr>
              <w:t>sponsorowany</w:t>
            </w:r>
            <w:proofErr w:type="spellEnd"/>
            <w:r w:rsidRPr="005C633B">
              <w:rPr>
                <w:b/>
                <w:color w:val="EE0000"/>
                <w:sz w:val="19"/>
              </w:rPr>
              <w:t xml:space="preserve"> </w:t>
            </w:r>
          </w:p>
        </w:tc>
        <w:tc>
          <w:tcPr>
            <w:tcW w:w="6707" w:type="dxa"/>
          </w:tcPr>
          <w:p w14:paraId="1554DE66" w14:textId="77777777" w:rsidR="00E910CC" w:rsidRDefault="00E910CC" w:rsidP="00E910CC">
            <w:pPr>
              <w:spacing w:after="40"/>
            </w:pPr>
          </w:p>
        </w:tc>
      </w:tr>
    </w:tbl>
    <w:p w14:paraId="3407C872" w14:textId="77777777" w:rsidR="00E910CC" w:rsidRPr="005C633B" w:rsidRDefault="00E910CC">
      <w:pPr>
        <w:spacing w:before="120"/>
        <w:rPr>
          <w:lang w:val="en-AU"/>
        </w:rPr>
      </w:pPr>
    </w:p>
    <w:sectPr w:rsidR="00E910CC" w:rsidRPr="005C633B" w:rsidSect="00034616">
      <w:pgSz w:w="12240" w:h="15840"/>
      <w:pgMar w:top="964" w:right="907" w:bottom="96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1033575">
    <w:abstractNumId w:val="8"/>
  </w:num>
  <w:num w:numId="2" w16cid:durableId="68113287">
    <w:abstractNumId w:val="6"/>
  </w:num>
  <w:num w:numId="3" w16cid:durableId="1920480860">
    <w:abstractNumId w:val="5"/>
  </w:num>
  <w:num w:numId="4" w16cid:durableId="530193090">
    <w:abstractNumId w:val="4"/>
  </w:num>
  <w:num w:numId="5" w16cid:durableId="348681187">
    <w:abstractNumId w:val="7"/>
  </w:num>
  <w:num w:numId="6" w16cid:durableId="333192054">
    <w:abstractNumId w:val="3"/>
  </w:num>
  <w:num w:numId="7" w16cid:durableId="1868907426">
    <w:abstractNumId w:val="2"/>
  </w:num>
  <w:num w:numId="8" w16cid:durableId="1066296180">
    <w:abstractNumId w:val="1"/>
  </w:num>
  <w:num w:numId="9" w16cid:durableId="1525257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36B06"/>
    <w:rsid w:val="00515B61"/>
    <w:rsid w:val="005C633B"/>
    <w:rsid w:val="00965972"/>
    <w:rsid w:val="009D6533"/>
    <w:rsid w:val="00A80267"/>
    <w:rsid w:val="00AA1D8D"/>
    <w:rsid w:val="00B47730"/>
    <w:rsid w:val="00BC5C89"/>
    <w:rsid w:val="00CB0664"/>
    <w:rsid w:val="00D73E9C"/>
    <w:rsid w:val="00D87833"/>
    <w:rsid w:val="00E910CC"/>
    <w:rsid w:val="00F103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8DE07"/>
  <w14:defaultImageDpi w14:val="300"/>
  <w15:docId w15:val="{4DB19C0B-8750-5D4D-AE12-EA151AFA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1461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Karol Steckiewicz</cp:lastModifiedBy>
  <cp:revision>4</cp:revision>
  <dcterms:created xsi:type="dcterms:W3CDTF">2026-08-18T20:55:00Z</dcterms:created>
  <dcterms:modified xsi:type="dcterms:W3CDTF">2026-08-18T20:57:00Z</dcterms:modified>
  <cp:category/>
</cp:coreProperties>
</file>